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99F39" w14:textId="77777777" w:rsidR="0006621B" w:rsidRPr="00346D1C" w:rsidRDefault="0024712C" w:rsidP="00346D1C">
      <w:pPr>
        <w:snapToGrid w:val="0"/>
        <w:spacing w:after="0" w:line="240" w:lineRule="auto"/>
        <w:jc w:val="center"/>
        <w:rPr>
          <w:rFonts w:ascii="芫荽" w:eastAsia="芫荽" w:hAnsi="芫荽" w:cs="芫荽"/>
          <w:lang w:eastAsia="zh-TW"/>
        </w:rPr>
      </w:pPr>
      <w:r w:rsidRPr="00346D1C">
        <w:rPr>
          <w:rFonts w:ascii="芫荽" w:eastAsia="芫荽" w:hAnsi="芫荽" w:cs="芫荽"/>
          <w:b/>
          <w:color w:val="12568A"/>
          <w:sz w:val="38"/>
          <w:lang w:eastAsia="zh-TW"/>
        </w:rPr>
        <w:t>文藻外語大學</w:t>
      </w:r>
      <w:r w:rsidRPr="00346D1C">
        <w:rPr>
          <w:rFonts w:ascii="芫荽" w:eastAsia="芫荽" w:hAnsi="芫荽" w:cs="芫荽"/>
          <w:b/>
          <w:color w:val="12568A"/>
          <w:sz w:val="38"/>
          <w:lang w:eastAsia="zh-TW"/>
        </w:rPr>
        <w:t>60</w:t>
      </w:r>
      <w:r w:rsidRPr="00346D1C">
        <w:rPr>
          <w:rFonts w:ascii="芫荽" w:eastAsia="芫荽" w:hAnsi="芫荽" w:cs="芫荽"/>
          <w:b/>
          <w:color w:val="12568A"/>
          <w:sz w:val="38"/>
          <w:lang w:eastAsia="zh-TW"/>
        </w:rPr>
        <w:t>週年校慶</w:t>
      </w:r>
    </w:p>
    <w:p w14:paraId="29DE2167" w14:textId="77777777" w:rsidR="0006621B" w:rsidRPr="00346D1C" w:rsidRDefault="0024712C" w:rsidP="00346D1C">
      <w:pPr>
        <w:snapToGrid w:val="0"/>
        <w:spacing w:afterLines="50" w:after="120" w:line="240" w:lineRule="auto"/>
        <w:jc w:val="center"/>
        <w:rPr>
          <w:rFonts w:ascii="芫荽" w:eastAsia="芫荽" w:hAnsi="芫荽" w:cs="芫荽"/>
          <w:b/>
          <w:bCs/>
          <w:sz w:val="28"/>
          <w:szCs w:val="28"/>
          <w:lang w:eastAsia="zh-TW"/>
        </w:rPr>
      </w:pPr>
      <w:r w:rsidRPr="00346D1C">
        <w:rPr>
          <w:rFonts w:ascii="芫荽" w:eastAsia="芫荽" w:hAnsi="芫荽" w:cs="芫荽"/>
          <w:b/>
          <w:bCs/>
          <w:color w:val="169E7B"/>
          <w:sz w:val="32"/>
          <w:szCs w:val="36"/>
          <w:lang w:eastAsia="zh-TW"/>
        </w:rPr>
        <w:t>教育論壇暨產學合作成果展｜工讀生應徵履歷表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098"/>
        <w:gridCol w:w="8499"/>
      </w:tblGrid>
      <w:tr w:rsidR="0006621B" w:rsidRPr="00346D1C" w14:paraId="505BB0B5" w14:textId="77777777">
        <w:trPr>
          <w:jc w:val="center"/>
        </w:trPr>
        <w:tc>
          <w:tcPr>
            <w:tcW w:w="10596" w:type="dxa"/>
            <w:gridSpan w:val="2"/>
            <w:shd w:val="clear" w:color="auto" w:fill="12568A"/>
            <w:vAlign w:val="center"/>
          </w:tcPr>
          <w:p w14:paraId="235A0AC3" w14:textId="77777777" w:rsidR="0006621B" w:rsidRPr="00346D1C" w:rsidRDefault="0024712C" w:rsidP="00346D1C">
            <w:pPr>
              <w:snapToGrid w:val="0"/>
              <w:rPr>
                <w:rFonts w:ascii="芫荽" w:eastAsia="芫荽" w:hAnsi="芫荽" w:cs="芫荽"/>
              </w:rPr>
            </w:pPr>
            <w:proofErr w:type="spellStart"/>
            <w:r w:rsidRPr="00346D1C">
              <w:rPr>
                <w:rFonts w:ascii="芫荽" w:eastAsia="芫荽" w:hAnsi="芫荽" w:cs="芫荽"/>
                <w:b/>
                <w:color w:val="FFFFFF"/>
                <w:sz w:val="24"/>
                <w:szCs w:val="24"/>
              </w:rPr>
              <w:t>一、基本資料</w:t>
            </w:r>
            <w:proofErr w:type="spellEnd"/>
          </w:p>
        </w:tc>
      </w:tr>
      <w:tr w:rsidR="0006621B" w:rsidRPr="00346D1C" w14:paraId="7E583C32" w14:textId="77777777" w:rsidTr="00346D1C">
        <w:trPr>
          <w:jc w:val="center"/>
        </w:trPr>
        <w:tc>
          <w:tcPr>
            <w:tcW w:w="2098" w:type="dxa"/>
            <w:tcBorders>
              <w:top w:val="single" w:sz="6" w:space="0" w:color="D7E4E9"/>
              <w:left w:val="single" w:sz="6" w:space="0" w:color="D7E4E9"/>
              <w:bottom w:val="single" w:sz="6" w:space="0" w:color="D7E4E9"/>
              <w:right w:val="single" w:sz="6" w:space="0" w:color="D7E4E9"/>
            </w:tcBorders>
            <w:shd w:val="clear" w:color="auto" w:fill="EAF4F7"/>
            <w:vAlign w:val="center"/>
          </w:tcPr>
          <w:p w14:paraId="0177F34A" w14:textId="77777777" w:rsidR="0006621B" w:rsidRPr="00346D1C" w:rsidRDefault="0024712C" w:rsidP="00346D1C">
            <w:pPr>
              <w:snapToGrid w:val="0"/>
              <w:spacing w:after="0" w:line="240" w:lineRule="auto"/>
              <w:rPr>
                <w:rFonts w:ascii="芫荽" w:eastAsia="芫荽" w:hAnsi="芫荽" w:cs="芫荽"/>
                <w:sz w:val="24"/>
                <w:szCs w:val="24"/>
              </w:rPr>
            </w:pPr>
            <w:proofErr w:type="spellStart"/>
            <w:r w:rsidRPr="00346D1C">
              <w:rPr>
                <w:rFonts w:ascii="芫荽" w:eastAsia="芫荽" w:hAnsi="芫荽" w:cs="芫荽"/>
                <w:b/>
                <w:color w:val="12568A"/>
                <w:sz w:val="24"/>
                <w:szCs w:val="24"/>
              </w:rPr>
              <w:t>姓名</w:t>
            </w:r>
            <w:proofErr w:type="spellEnd"/>
          </w:p>
        </w:tc>
        <w:tc>
          <w:tcPr>
            <w:tcW w:w="8499" w:type="dxa"/>
            <w:tcBorders>
              <w:top w:val="single" w:sz="6" w:space="0" w:color="D7E4E9"/>
              <w:left w:val="single" w:sz="6" w:space="0" w:color="D7E4E9"/>
              <w:bottom w:val="single" w:sz="6" w:space="0" w:color="D7E4E9"/>
              <w:right w:val="single" w:sz="6" w:space="0" w:color="D7E4E9"/>
            </w:tcBorders>
            <w:vAlign w:val="center"/>
          </w:tcPr>
          <w:p w14:paraId="71BD1840" w14:textId="77777777" w:rsidR="0006621B" w:rsidRPr="00346D1C" w:rsidRDefault="0006621B" w:rsidP="00346D1C">
            <w:pPr>
              <w:snapToGrid w:val="0"/>
              <w:spacing w:after="0" w:line="240" w:lineRule="auto"/>
              <w:rPr>
                <w:rFonts w:ascii="芫荽" w:eastAsia="芫荽" w:hAnsi="芫荽" w:cs="芫荽"/>
                <w:sz w:val="24"/>
                <w:szCs w:val="24"/>
              </w:rPr>
            </w:pPr>
          </w:p>
        </w:tc>
      </w:tr>
      <w:tr w:rsidR="0006621B" w:rsidRPr="00346D1C" w14:paraId="3F5777CA" w14:textId="77777777" w:rsidTr="00346D1C">
        <w:trPr>
          <w:jc w:val="center"/>
        </w:trPr>
        <w:tc>
          <w:tcPr>
            <w:tcW w:w="2098" w:type="dxa"/>
            <w:tcBorders>
              <w:top w:val="single" w:sz="6" w:space="0" w:color="D7E4E9"/>
              <w:left w:val="single" w:sz="6" w:space="0" w:color="D7E4E9"/>
              <w:bottom w:val="single" w:sz="6" w:space="0" w:color="D7E4E9"/>
              <w:right w:val="single" w:sz="6" w:space="0" w:color="D7E4E9"/>
            </w:tcBorders>
            <w:shd w:val="clear" w:color="auto" w:fill="EAF4F7"/>
            <w:vAlign w:val="center"/>
          </w:tcPr>
          <w:p w14:paraId="1A0A3397" w14:textId="77777777" w:rsidR="0006621B" w:rsidRPr="00346D1C" w:rsidRDefault="0024712C" w:rsidP="00346D1C">
            <w:pPr>
              <w:snapToGrid w:val="0"/>
              <w:spacing w:after="0" w:line="240" w:lineRule="auto"/>
              <w:rPr>
                <w:rFonts w:ascii="芫荽" w:eastAsia="芫荽" w:hAnsi="芫荽" w:cs="芫荽"/>
                <w:sz w:val="24"/>
                <w:szCs w:val="24"/>
              </w:rPr>
            </w:pPr>
            <w:r w:rsidRPr="00346D1C">
              <w:rPr>
                <w:rFonts w:ascii="芫荽" w:eastAsia="芫荽" w:hAnsi="芫荽" w:cs="芫荽"/>
                <w:b/>
                <w:color w:val="12568A"/>
                <w:sz w:val="24"/>
                <w:szCs w:val="24"/>
              </w:rPr>
              <w:t>學號</w:t>
            </w:r>
          </w:p>
        </w:tc>
        <w:tc>
          <w:tcPr>
            <w:tcW w:w="8499" w:type="dxa"/>
            <w:tcBorders>
              <w:top w:val="single" w:sz="6" w:space="0" w:color="D7E4E9"/>
              <w:left w:val="single" w:sz="6" w:space="0" w:color="D7E4E9"/>
              <w:bottom w:val="single" w:sz="6" w:space="0" w:color="D7E4E9"/>
              <w:right w:val="single" w:sz="6" w:space="0" w:color="D7E4E9"/>
            </w:tcBorders>
            <w:vAlign w:val="center"/>
          </w:tcPr>
          <w:p w14:paraId="1469F137" w14:textId="77777777" w:rsidR="0006621B" w:rsidRPr="00346D1C" w:rsidRDefault="0006621B" w:rsidP="00346D1C">
            <w:pPr>
              <w:snapToGrid w:val="0"/>
              <w:spacing w:after="0" w:line="240" w:lineRule="auto"/>
              <w:rPr>
                <w:rFonts w:ascii="芫荽" w:eastAsia="芫荽" w:hAnsi="芫荽" w:cs="芫荽"/>
                <w:sz w:val="24"/>
                <w:szCs w:val="24"/>
              </w:rPr>
            </w:pPr>
          </w:p>
        </w:tc>
      </w:tr>
      <w:tr w:rsidR="0006621B" w:rsidRPr="00346D1C" w14:paraId="7E9539D6" w14:textId="77777777" w:rsidTr="00346D1C">
        <w:trPr>
          <w:jc w:val="center"/>
        </w:trPr>
        <w:tc>
          <w:tcPr>
            <w:tcW w:w="2098" w:type="dxa"/>
            <w:tcBorders>
              <w:top w:val="single" w:sz="6" w:space="0" w:color="D7E4E9"/>
              <w:left w:val="single" w:sz="6" w:space="0" w:color="D7E4E9"/>
              <w:bottom w:val="single" w:sz="6" w:space="0" w:color="D7E4E9"/>
              <w:right w:val="single" w:sz="6" w:space="0" w:color="D7E4E9"/>
            </w:tcBorders>
            <w:shd w:val="clear" w:color="auto" w:fill="EAF4F7"/>
            <w:vAlign w:val="center"/>
          </w:tcPr>
          <w:p w14:paraId="199B4BB0" w14:textId="77777777" w:rsidR="0006621B" w:rsidRPr="00346D1C" w:rsidRDefault="0024712C" w:rsidP="00346D1C">
            <w:pPr>
              <w:snapToGrid w:val="0"/>
              <w:spacing w:after="0" w:line="240" w:lineRule="auto"/>
              <w:rPr>
                <w:rFonts w:ascii="芫荽" w:eastAsia="芫荽" w:hAnsi="芫荽" w:cs="芫荽"/>
                <w:sz w:val="24"/>
                <w:szCs w:val="24"/>
              </w:rPr>
            </w:pPr>
            <w:r w:rsidRPr="00346D1C">
              <w:rPr>
                <w:rFonts w:ascii="芫荽" w:eastAsia="芫荽" w:hAnsi="芫荽" w:cs="芫荽"/>
                <w:b/>
                <w:color w:val="12568A"/>
                <w:sz w:val="24"/>
                <w:szCs w:val="24"/>
              </w:rPr>
              <w:t>系／所／年級</w:t>
            </w:r>
          </w:p>
        </w:tc>
        <w:tc>
          <w:tcPr>
            <w:tcW w:w="8499" w:type="dxa"/>
            <w:tcBorders>
              <w:top w:val="single" w:sz="6" w:space="0" w:color="D7E4E9"/>
              <w:left w:val="single" w:sz="6" w:space="0" w:color="D7E4E9"/>
              <w:bottom w:val="single" w:sz="6" w:space="0" w:color="D7E4E9"/>
              <w:right w:val="single" w:sz="6" w:space="0" w:color="D7E4E9"/>
            </w:tcBorders>
            <w:vAlign w:val="center"/>
          </w:tcPr>
          <w:p w14:paraId="75B36777" w14:textId="77777777" w:rsidR="0006621B" w:rsidRPr="00346D1C" w:rsidRDefault="0006621B" w:rsidP="00346D1C">
            <w:pPr>
              <w:snapToGrid w:val="0"/>
              <w:spacing w:after="0" w:line="240" w:lineRule="auto"/>
              <w:rPr>
                <w:rFonts w:ascii="芫荽" w:eastAsia="芫荽" w:hAnsi="芫荽" w:cs="芫荽"/>
                <w:sz w:val="24"/>
                <w:szCs w:val="24"/>
              </w:rPr>
            </w:pPr>
          </w:p>
        </w:tc>
      </w:tr>
      <w:tr w:rsidR="0006621B" w:rsidRPr="00346D1C" w14:paraId="04F8EDB1" w14:textId="77777777" w:rsidTr="00346D1C">
        <w:trPr>
          <w:jc w:val="center"/>
        </w:trPr>
        <w:tc>
          <w:tcPr>
            <w:tcW w:w="2098" w:type="dxa"/>
            <w:tcBorders>
              <w:top w:val="single" w:sz="6" w:space="0" w:color="D7E4E9"/>
              <w:left w:val="single" w:sz="6" w:space="0" w:color="D7E4E9"/>
              <w:bottom w:val="single" w:sz="6" w:space="0" w:color="D7E4E9"/>
              <w:right w:val="single" w:sz="6" w:space="0" w:color="D7E4E9"/>
            </w:tcBorders>
            <w:shd w:val="clear" w:color="auto" w:fill="EAF4F7"/>
            <w:vAlign w:val="center"/>
          </w:tcPr>
          <w:p w14:paraId="3DD8BF74" w14:textId="77777777" w:rsidR="0006621B" w:rsidRPr="00346D1C" w:rsidRDefault="0024712C" w:rsidP="00346D1C">
            <w:pPr>
              <w:snapToGrid w:val="0"/>
              <w:spacing w:after="0" w:line="240" w:lineRule="auto"/>
              <w:rPr>
                <w:rFonts w:ascii="芫荽" w:eastAsia="芫荽" w:hAnsi="芫荽" w:cs="芫荽"/>
                <w:sz w:val="24"/>
                <w:szCs w:val="24"/>
              </w:rPr>
            </w:pPr>
            <w:r w:rsidRPr="00346D1C">
              <w:rPr>
                <w:rFonts w:ascii="芫荽" w:eastAsia="芫荽" w:hAnsi="芫荽" w:cs="芫荽"/>
                <w:b/>
                <w:color w:val="12568A"/>
                <w:sz w:val="24"/>
                <w:szCs w:val="24"/>
              </w:rPr>
              <w:t>手機</w:t>
            </w:r>
          </w:p>
        </w:tc>
        <w:tc>
          <w:tcPr>
            <w:tcW w:w="8499" w:type="dxa"/>
            <w:tcBorders>
              <w:top w:val="single" w:sz="6" w:space="0" w:color="D7E4E9"/>
              <w:left w:val="single" w:sz="6" w:space="0" w:color="D7E4E9"/>
              <w:bottom w:val="single" w:sz="6" w:space="0" w:color="D7E4E9"/>
              <w:right w:val="single" w:sz="6" w:space="0" w:color="D7E4E9"/>
            </w:tcBorders>
            <w:vAlign w:val="center"/>
          </w:tcPr>
          <w:p w14:paraId="3F359098" w14:textId="77777777" w:rsidR="0006621B" w:rsidRPr="00346D1C" w:rsidRDefault="0006621B" w:rsidP="00346D1C">
            <w:pPr>
              <w:snapToGrid w:val="0"/>
              <w:spacing w:after="0" w:line="240" w:lineRule="auto"/>
              <w:rPr>
                <w:rFonts w:ascii="芫荽" w:eastAsia="芫荽" w:hAnsi="芫荽" w:cs="芫荽"/>
                <w:sz w:val="24"/>
                <w:szCs w:val="24"/>
              </w:rPr>
            </w:pPr>
          </w:p>
        </w:tc>
      </w:tr>
      <w:tr w:rsidR="0006621B" w:rsidRPr="00346D1C" w14:paraId="3A508FC5" w14:textId="77777777" w:rsidTr="00346D1C">
        <w:trPr>
          <w:jc w:val="center"/>
        </w:trPr>
        <w:tc>
          <w:tcPr>
            <w:tcW w:w="2098" w:type="dxa"/>
            <w:tcBorders>
              <w:top w:val="single" w:sz="6" w:space="0" w:color="D7E4E9"/>
              <w:left w:val="single" w:sz="6" w:space="0" w:color="D7E4E9"/>
              <w:bottom w:val="single" w:sz="6" w:space="0" w:color="D7E4E9"/>
              <w:right w:val="single" w:sz="6" w:space="0" w:color="D7E4E9"/>
            </w:tcBorders>
            <w:shd w:val="clear" w:color="auto" w:fill="EAF4F7"/>
            <w:vAlign w:val="center"/>
          </w:tcPr>
          <w:p w14:paraId="5CC343F0" w14:textId="63B1C5C7" w:rsidR="0006621B" w:rsidRPr="00346D1C" w:rsidRDefault="0024712C" w:rsidP="00346D1C">
            <w:pPr>
              <w:snapToGrid w:val="0"/>
              <w:spacing w:after="0" w:line="240" w:lineRule="auto"/>
              <w:rPr>
                <w:rFonts w:ascii="芫荽" w:eastAsia="芫荽" w:hAnsi="芫荽" w:cs="芫荽"/>
                <w:sz w:val="24"/>
                <w:szCs w:val="24"/>
              </w:rPr>
            </w:pPr>
            <w:r w:rsidRPr="00346D1C">
              <w:rPr>
                <w:rFonts w:ascii="芫荽" w:eastAsia="芫荽" w:hAnsi="芫荽" w:cs="芫荽"/>
                <w:b/>
                <w:color w:val="12568A"/>
                <w:sz w:val="24"/>
                <w:szCs w:val="24"/>
              </w:rPr>
              <w:t>E</w:t>
            </w:r>
            <w:r w:rsidR="00346D1C" w:rsidRPr="00346D1C">
              <w:rPr>
                <w:rFonts w:ascii="芫荽" w:eastAsia="芫荽" w:hAnsi="芫荽" w:cs="芫荽" w:hint="eastAsia"/>
                <w:b/>
                <w:color w:val="12568A"/>
                <w:sz w:val="24"/>
                <w:szCs w:val="24"/>
                <w:lang w:eastAsia="zh-TW"/>
              </w:rPr>
              <w:t>-</w:t>
            </w:r>
            <w:r w:rsidRPr="00346D1C">
              <w:rPr>
                <w:rFonts w:ascii="芫荽" w:eastAsia="芫荽" w:hAnsi="芫荽" w:cs="芫荽"/>
                <w:b/>
                <w:color w:val="12568A"/>
                <w:sz w:val="24"/>
                <w:szCs w:val="24"/>
              </w:rPr>
              <w:t>mail</w:t>
            </w:r>
          </w:p>
        </w:tc>
        <w:tc>
          <w:tcPr>
            <w:tcW w:w="8499" w:type="dxa"/>
            <w:tcBorders>
              <w:top w:val="single" w:sz="6" w:space="0" w:color="D7E4E9"/>
              <w:left w:val="single" w:sz="6" w:space="0" w:color="D7E4E9"/>
              <w:bottom w:val="single" w:sz="6" w:space="0" w:color="D7E4E9"/>
              <w:right w:val="single" w:sz="6" w:space="0" w:color="D7E4E9"/>
            </w:tcBorders>
            <w:vAlign w:val="center"/>
          </w:tcPr>
          <w:p w14:paraId="4A124792" w14:textId="77777777" w:rsidR="0006621B" w:rsidRPr="00346D1C" w:rsidRDefault="0006621B" w:rsidP="00346D1C">
            <w:pPr>
              <w:snapToGrid w:val="0"/>
              <w:spacing w:after="0" w:line="240" w:lineRule="auto"/>
              <w:rPr>
                <w:rFonts w:ascii="芫荽" w:eastAsia="芫荽" w:hAnsi="芫荽" w:cs="芫荽"/>
                <w:sz w:val="24"/>
                <w:szCs w:val="24"/>
              </w:rPr>
            </w:pPr>
          </w:p>
        </w:tc>
      </w:tr>
      <w:tr w:rsidR="0006621B" w:rsidRPr="00346D1C" w14:paraId="7A23FBC2" w14:textId="77777777" w:rsidTr="00346D1C">
        <w:trPr>
          <w:jc w:val="center"/>
        </w:trPr>
        <w:tc>
          <w:tcPr>
            <w:tcW w:w="2098" w:type="dxa"/>
            <w:tcBorders>
              <w:top w:val="single" w:sz="6" w:space="0" w:color="D7E4E9"/>
              <w:left w:val="single" w:sz="6" w:space="0" w:color="D7E4E9"/>
              <w:bottom w:val="single" w:sz="6" w:space="0" w:color="D7E4E9"/>
              <w:right w:val="single" w:sz="6" w:space="0" w:color="D7E4E9"/>
            </w:tcBorders>
            <w:shd w:val="clear" w:color="auto" w:fill="EAF4F7"/>
            <w:vAlign w:val="center"/>
          </w:tcPr>
          <w:p w14:paraId="3FA84957" w14:textId="77777777" w:rsidR="0006621B" w:rsidRPr="00346D1C" w:rsidRDefault="0024712C" w:rsidP="00346D1C">
            <w:pPr>
              <w:snapToGrid w:val="0"/>
              <w:spacing w:after="0" w:line="240" w:lineRule="auto"/>
              <w:rPr>
                <w:rFonts w:ascii="芫荽" w:eastAsia="芫荽" w:hAnsi="芫荽" w:cs="芫荽"/>
                <w:sz w:val="24"/>
                <w:szCs w:val="24"/>
                <w:lang w:eastAsia="zh-TW"/>
              </w:rPr>
            </w:pPr>
            <w:r w:rsidRPr="00346D1C">
              <w:rPr>
                <w:rFonts w:ascii="芫荽" w:eastAsia="芫荽" w:hAnsi="芫荽" w:cs="芫荽"/>
                <w:b/>
                <w:color w:val="12568A"/>
                <w:sz w:val="24"/>
                <w:szCs w:val="24"/>
                <w:lang w:eastAsia="zh-TW"/>
              </w:rPr>
              <w:t>是否具相關活動服務經驗</w:t>
            </w:r>
          </w:p>
        </w:tc>
        <w:tc>
          <w:tcPr>
            <w:tcW w:w="8499" w:type="dxa"/>
            <w:tcBorders>
              <w:top w:val="single" w:sz="6" w:space="0" w:color="D7E4E9"/>
              <w:left w:val="single" w:sz="6" w:space="0" w:color="D7E4E9"/>
              <w:bottom w:val="single" w:sz="6" w:space="0" w:color="D7E4E9"/>
              <w:right w:val="single" w:sz="6" w:space="0" w:color="D7E4E9"/>
            </w:tcBorders>
            <w:vAlign w:val="center"/>
          </w:tcPr>
          <w:p w14:paraId="01FE8856" w14:textId="77777777" w:rsidR="00346D1C" w:rsidRPr="00346D1C" w:rsidRDefault="0024712C" w:rsidP="00346D1C">
            <w:pPr>
              <w:snapToGrid w:val="0"/>
              <w:spacing w:after="0" w:line="240" w:lineRule="auto"/>
              <w:rPr>
                <w:rFonts w:ascii="芫荽" w:eastAsia="芫荽" w:hAnsi="芫荽" w:cs="芫荽"/>
                <w:color w:val="222222"/>
                <w:sz w:val="24"/>
                <w:szCs w:val="24"/>
                <w:lang w:eastAsia="zh-TW"/>
              </w:rPr>
            </w:pP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  <w:lang w:eastAsia="zh-TW"/>
              </w:rPr>
              <w:t xml:space="preserve">□ </w:t>
            </w: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  <w:lang w:eastAsia="zh-TW"/>
              </w:rPr>
              <w:t>無</w:t>
            </w:r>
            <w:r w:rsidR="00346D1C" w:rsidRPr="00346D1C">
              <w:rPr>
                <w:rFonts w:ascii="芫荽" w:eastAsia="芫荽" w:hAnsi="芫荽" w:cs="芫荽" w:hint="eastAsia"/>
                <w:color w:val="222222"/>
                <w:sz w:val="24"/>
                <w:szCs w:val="24"/>
                <w:lang w:eastAsia="zh-TW"/>
              </w:rPr>
              <w:t xml:space="preserve">   </w:t>
            </w:r>
          </w:p>
          <w:p w14:paraId="3612611A" w14:textId="155F3EF2" w:rsidR="0006621B" w:rsidRPr="00346D1C" w:rsidRDefault="0024712C" w:rsidP="00346D1C">
            <w:pPr>
              <w:snapToGrid w:val="0"/>
              <w:spacing w:after="0" w:line="240" w:lineRule="auto"/>
              <w:rPr>
                <w:rFonts w:ascii="芫荽" w:eastAsia="芫荽" w:hAnsi="芫荽" w:cs="芫荽"/>
                <w:sz w:val="24"/>
                <w:szCs w:val="24"/>
                <w:lang w:eastAsia="zh-TW"/>
              </w:rPr>
            </w:pP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  <w:lang w:eastAsia="zh-TW"/>
              </w:rPr>
              <w:t xml:space="preserve">□ </w:t>
            </w: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  <w:lang w:eastAsia="zh-TW"/>
              </w:rPr>
              <w:t>有，請簡述：</w:t>
            </w:r>
          </w:p>
        </w:tc>
      </w:tr>
      <w:tr w:rsidR="0006621B" w:rsidRPr="00346D1C" w14:paraId="1B11DF7B" w14:textId="77777777" w:rsidTr="00346D1C">
        <w:trPr>
          <w:jc w:val="center"/>
        </w:trPr>
        <w:tc>
          <w:tcPr>
            <w:tcW w:w="2098" w:type="dxa"/>
            <w:tcBorders>
              <w:top w:val="single" w:sz="6" w:space="0" w:color="D7E4E9"/>
              <w:left w:val="single" w:sz="6" w:space="0" w:color="D7E4E9"/>
              <w:bottom w:val="single" w:sz="6" w:space="0" w:color="D7E4E9"/>
              <w:right w:val="single" w:sz="6" w:space="0" w:color="D7E4E9"/>
            </w:tcBorders>
            <w:shd w:val="clear" w:color="auto" w:fill="EAF4F7"/>
            <w:vAlign w:val="center"/>
          </w:tcPr>
          <w:p w14:paraId="517E2F19" w14:textId="77777777" w:rsidR="0006621B" w:rsidRPr="00346D1C" w:rsidRDefault="0024712C" w:rsidP="00346D1C">
            <w:pPr>
              <w:snapToGrid w:val="0"/>
              <w:spacing w:after="0" w:line="240" w:lineRule="auto"/>
              <w:rPr>
                <w:rFonts w:ascii="芫荽" w:eastAsia="芫荽" w:hAnsi="芫荽" w:cs="芫荽"/>
                <w:sz w:val="24"/>
                <w:szCs w:val="24"/>
                <w:lang w:eastAsia="zh-TW"/>
              </w:rPr>
            </w:pPr>
            <w:r w:rsidRPr="00346D1C">
              <w:rPr>
                <w:rFonts w:ascii="芫荽" w:eastAsia="芫荽" w:hAnsi="芫荽" w:cs="芫荽"/>
                <w:b/>
                <w:color w:val="12568A"/>
                <w:sz w:val="24"/>
                <w:szCs w:val="24"/>
                <w:lang w:eastAsia="zh-TW"/>
              </w:rPr>
              <w:t>簡要自我介紹／可勝任原因</w:t>
            </w:r>
          </w:p>
        </w:tc>
        <w:tc>
          <w:tcPr>
            <w:tcW w:w="8499" w:type="dxa"/>
            <w:tcBorders>
              <w:top w:val="single" w:sz="6" w:space="0" w:color="D7E4E9"/>
              <w:left w:val="single" w:sz="6" w:space="0" w:color="D7E4E9"/>
              <w:bottom w:val="single" w:sz="6" w:space="0" w:color="D7E4E9"/>
              <w:right w:val="single" w:sz="6" w:space="0" w:color="D7E4E9"/>
            </w:tcBorders>
            <w:vAlign w:val="center"/>
          </w:tcPr>
          <w:p w14:paraId="70E1A207" w14:textId="717E8816" w:rsidR="0006621B" w:rsidRPr="00346D1C" w:rsidRDefault="0006621B" w:rsidP="00346D1C">
            <w:pPr>
              <w:snapToGrid w:val="0"/>
              <w:spacing w:after="0" w:line="240" w:lineRule="auto"/>
              <w:rPr>
                <w:rFonts w:ascii="芫荽" w:eastAsia="芫荽" w:hAnsi="芫荽" w:cs="芫荽"/>
                <w:sz w:val="24"/>
                <w:szCs w:val="24"/>
                <w:lang w:eastAsia="zh-TW"/>
              </w:rPr>
            </w:pPr>
          </w:p>
        </w:tc>
      </w:tr>
    </w:tbl>
    <w:p w14:paraId="17B72BC1" w14:textId="77777777" w:rsidR="0006621B" w:rsidRPr="00346D1C" w:rsidRDefault="0006621B">
      <w:pPr>
        <w:spacing w:after="60"/>
        <w:rPr>
          <w:rFonts w:ascii="芫荽" w:eastAsia="芫荽" w:hAnsi="芫荽" w:cs="芫荽"/>
          <w:sz w:val="20"/>
          <w:szCs w:val="20"/>
          <w:lang w:eastAsia="zh-TW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097"/>
        <w:gridCol w:w="8500"/>
      </w:tblGrid>
      <w:tr w:rsidR="0006621B" w:rsidRPr="00346D1C" w14:paraId="19DB6572" w14:textId="77777777" w:rsidTr="00346D1C">
        <w:trPr>
          <w:jc w:val="center"/>
        </w:trPr>
        <w:tc>
          <w:tcPr>
            <w:tcW w:w="10597" w:type="dxa"/>
            <w:gridSpan w:val="2"/>
            <w:shd w:val="clear" w:color="auto" w:fill="169E7B"/>
            <w:vAlign w:val="center"/>
          </w:tcPr>
          <w:p w14:paraId="69165C2F" w14:textId="77777777" w:rsidR="0006621B" w:rsidRPr="00346D1C" w:rsidRDefault="0024712C">
            <w:pPr>
              <w:rPr>
                <w:rFonts w:ascii="芫荽" w:eastAsia="芫荽" w:hAnsi="芫荽" w:cs="芫荽"/>
                <w:lang w:eastAsia="zh-TW"/>
              </w:rPr>
            </w:pPr>
            <w:r w:rsidRPr="00346D1C">
              <w:rPr>
                <w:rFonts w:ascii="芫荽" w:eastAsia="芫荽" w:hAnsi="芫荽" w:cs="芫荽"/>
                <w:b/>
                <w:color w:val="FFFFFF"/>
                <w:sz w:val="24"/>
                <w:szCs w:val="24"/>
                <w:lang w:eastAsia="zh-TW"/>
              </w:rPr>
              <w:t>二、應徵項目（可複選）</w:t>
            </w:r>
          </w:p>
        </w:tc>
      </w:tr>
      <w:tr w:rsidR="0006621B" w:rsidRPr="00346D1C" w14:paraId="145606D8" w14:textId="77777777" w:rsidTr="00346D1C">
        <w:trPr>
          <w:jc w:val="center"/>
        </w:trPr>
        <w:tc>
          <w:tcPr>
            <w:tcW w:w="2097" w:type="dxa"/>
            <w:tcBorders>
              <w:top w:val="single" w:sz="6" w:space="0" w:color="D7E4E9"/>
              <w:left w:val="single" w:sz="6" w:space="0" w:color="D7E4E9"/>
              <w:bottom w:val="single" w:sz="6" w:space="0" w:color="D7E4E9"/>
              <w:right w:val="single" w:sz="6" w:space="0" w:color="D7E4E9"/>
            </w:tcBorders>
            <w:shd w:val="clear" w:color="auto" w:fill="EAF4F7"/>
            <w:vAlign w:val="center"/>
          </w:tcPr>
          <w:p w14:paraId="05B72CA5" w14:textId="77777777" w:rsidR="0006621B" w:rsidRPr="00346D1C" w:rsidRDefault="0024712C" w:rsidP="00346D1C">
            <w:pPr>
              <w:snapToGrid w:val="0"/>
              <w:spacing w:after="0" w:line="240" w:lineRule="auto"/>
              <w:jc w:val="both"/>
              <w:rPr>
                <w:rFonts w:ascii="芫荽" w:eastAsia="芫荽" w:hAnsi="芫荽" w:cs="芫荽"/>
                <w:sz w:val="24"/>
                <w:szCs w:val="24"/>
              </w:rPr>
            </w:pPr>
            <w:proofErr w:type="spellStart"/>
            <w:r w:rsidRPr="00346D1C">
              <w:rPr>
                <w:rFonts w:ascii="芫荽" w:eastAsia="芫荽" w:hAnsi="芫荽" w:cs="芫荽"/>
                <w:b/>
                <w:color w:val="12568A"/>
                <w:sz w:val="24"/>
                <w:szCs w:val="24"/>
              </w:rPr>
              <w:t>應徵活動</w:t>
            </w:r>
            <w:proofErr w:type="spellEnd"/>
          </w:p>
        </w:tc>
        <w:tc>
          <w:tcPr>
            <w:tcW w:w="8499" w:type="dxa"/>
            <w:tcBorders>
              <w:top w:val="single" w:sz="6" w:space="0" w:color="D7E4E9"/>
              <w:left w:val="single" w:sz="6" w:space="0" w:color="D7E4E9"/>
              <w:bottom w:val="single" w:sz="6" w:space="0" w:color="D7E4E9"/>
              <w:right w:val="single" w:sz="6" w:space="0" w:color="D7E4E9"/>
            </w:tcBorders>
            <w:vAlign w:val="center"/>
          </w:tcPr>
          <w:p w14:paraId="30F93781" w14:textId="77777777" w:rsidR="00346D1C" w:rsidRDefault="0024712C" w:rsidP="00346D1C">
            <w:pPr>
              <w:snapToGrid w:val="0"/>
              <w:spacing w:after="0" w:line="240" w:lineRule="auto"/>
              <w:rPr>
                <w:rFonts w:ascii="芫荽" w:eastAsia="芫荽" w:hAnsi="芫荽" w:cs="芫荽"/>
                <w:color w:val="222222"/>
                <w:sz w:val="24"/>
                <w:szCs w:val="24"/>
                <w:lang w:eastAsia="zh-TW"/>
              </w:rPr>
            </w:pP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  <w:lang w:eastAsia="zh-TW"/>
              </w:rPr>
              <w:t xml:space="preserve">□ </w:t>
            </w: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  <w:lang w:eastAsia="zh-TW"/>
              </w:rPr>
              <w:t>教育論壇工讀生（</w:t>
            </w: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  <w:lang w:eastAsia="zh-TW"/>
              </w:rPr>
              <w:t>115</w:t>
            </w: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  <w:lang w:eastAsia="zh-TW"/>
              </w:rPr>
              <w:t>年</w:t>
            </w: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  <w:lang w:eastAsia="zh-TW"/>
              </w:rPr>
              <w:t>10</w:t>
            </w: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  <w:lang w:eastAsia="zh-TW"/>
              </w:rPr>
              <w:t>月</w:t>
            </w: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  <w:lang w:eastAsia="zh-TW"/>
              </w:rPr>
              <w:t>7</w:t>
            </w: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  <w:lang w:eastAsia="zh-TW"/>
              </w:rPr>
              <w:t>日）</w:t>
            </w:r>
          </w:p>
          <w:p w14:paraId="38C58F44" w14:textId="58C8D99B" w:rsidR="00346D1C" w:rsidRPr="00346D1C" w:rsidRDefault="0024712C" w:rsidP="00346D1C">
            <w:pPr>
              <w:snapToGrid w:val="0"/>
              <w:spacing w:after="0" w:line="240" w:lineRule="auto"/>
              <w:rPr>
                <w:rFonts w:ascii="芫荽" w:eastAsia="芫荽" w:hAnsi="芫荽" w:cs="芫荽"/>
                <w:color w:val="222222"/>
                <w:sz w:val="24"/>
                <w:szCs w:val="24"/>
                <w:lang w:eastAsia="zh-TW"/>
              </w:rPr>
            </w:pP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  <w:lang w:eastAsia="zh-TW"/>
              </w:rPr>
              <w:t xml:space="preserve">□ </w:t>
            </w: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  <w:lang w:eastAsia="zh-TW"/>
              </w:rPr>
              <w:t>產學合作成果展工讀生（</w:t>
            </w: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  <w:lang w:eastAsia="zh-TW"/>
              </w:rPr>
              <w:t>115</w:t>
            </w: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  <w:lang w:eastAsia="zh-TW"/>
              </w:rPr>
              <w:t>年</w:t>
            </w: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  <w:lang w:eastAsia="zh-TW"/>
              </w:rPr>
              <w:t>10</w:t>
            </w: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  <w:lang w:eastAsia="zh-TW"/>
              </w:rPr>
              <w:t>月</w:t>
            </w: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  <w:lang w:eastAsia="zh-TW"/>
              </w:rPr>
              <w:t>2</w:t>
            </w: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  <w:lang w:eastAsia="zh-TW"/>
              </w:rPr>
              <w:t>日、</w:t>
            </w: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  <w:lang w:eastAsia="zh-TW"/>
              </w:rPr>
              <w:t>10</w:t>
            </w: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  <w:lang w:eastAsia="zh-TW"/>
              </w:rPr>
              <w:t>月</w:t>
            </w: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  <w:lang w:eastAsia="zh-TW"/>
              </w:rPr>
              <w:t>5</w:t>
            </w:r>
            <w:r w:rsidR="00AA3712">
              <w:rPr>
                <w:rFonts w:ascii="芫荽" w:eastAsia="芫荽" w:hAnsi="芫荽" w:cs="芫荽" w:hint="eastAsia"/>
                <w:color w:val="222222"/>
                <w:sz w:val="24"/>
                <w:szCs w:val="24"/>
                <w:lang w:eastAsia="zh-TW"/>
              </w:rPr>
              <w:t>、6、7、</w:t>
            </w: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  <w:lang w:eastAsia="zh-TW"/>
              </w:rPr>
              <w:t>8</w:t>
            </w: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  <w:lang w:eastAsia="zh-TW"/>
              </w:rPr>
              <w:t>日）</w:t>
            </w:r>
          </w:p>
          <w:p w14:paraId="5F3877BA" w14:textId="5811AA77" w:rsidR="0006621B" w:rsidRPr="00346D1C" w:rsidRDefault="0024712C" w:rsidP="00346D1C">
            <w:pPr>
              <w:snapToGrid w:val="0"/>
              <w:spacing w:after="0" w:line="240" w:lineRule="auto"/>
              <w:rPr>
                <w:rFonts w:ascii="芫荽" w:eastAsia="芫荽" w:hAnsi="芫荽" w:cs="芫荽"/>
                <w:sz w:val="24"/>
                <w:szCs w:val="24"/>
                <w:lang w:eastAsia="zh-TW"/>
              </w:rPr>
            </w:pP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  <w:lang w:eastAsia="zh-TW"/>
              </w:rPr>
              <w:t xml:space="preserve">□ </w:t>
            </w: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  <w:lang w:eastAsia="zh-TW"/>
              </w:rPr>
              <w:t>兩項皆可</w:t>
            </w:r>
          </w:p>
        </w:tc>
      </w:tr>
    </w:tbl>
    <w:p w14:paraId="48060C31" w14:textId="77777777" w:rsidR="0006621B" w:rsidRPr="00346D1C" w:rsidRDefault="0006621B">
      <w:pPr>
        <w:spacing w:after="60"/>
        <w:rPr>
          <w:rFonts w:ascii="芫荽" w:eastAsia="芫荽" w:hAnsi="芫荽" w:cs="芫荽"/>
          <w:sz w:val="20"/>
          <w:szCs w:val="20"/>
          <w:lang w:eastAsia="zh-TW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596"/>
      </w:tblGrid>
      <w:tr w:rsidR="0006621B" w:rsidRPr="00346D1C" w14:paraId="6B4DBC5D" w14:textId="77777777">
        <w:trPr>
          <w:jc w:val="center"/>
        </w:trPr>
        <w:tc>
          <w:tcPr>
            <w:tcW w:w="10596" w:type="dxa"/>
            <w:shd w:val="clear" w:color="auto" w:fill="F47B3D"/>
            <w:vAlign w:val="center"/>
          </w:tcPr>
          <w:p w14:paraId="2B0EA146" w14:textId="795E42FC" w:rsidR="0006621B" w:rsidRPr="00346D1C" w:rsidRDefault="0024712C">
            <w:pPr>
              <w:rPr>
                <w:rFonts w:ascii="芫荽" w:eastAsia="芫荽" w:hAnsi="芫荽" w:cs="芫荽"/>
                <w:sz w:val="24"/>
                <w:szCs w:val="24"/>
                <w:lang w:eastAsia="zh-TW"/>
              </w:rPr>
            </w:pPr>
            <w:r w:rsidRPr="00346D1C">
              <w:rPr>
                <w:rFonts w:ascii="芫荽" w:eastAsia="芫荽" w:hAnsi="芫荽" w:cs="芫荽"/>
                <w:b/>
                <w:color w:val="FFFFFF"/>
                <w:sz w:val="24"/>
                <w:szCs w:val="24"/>
                <w:lang w:eastAsia="zh-TW"/>
              </w:rPr>
              <w:t>三、可配合工讀時段（請於可出席時段打勾）</w:t>
            </w:r>
          </w:p>
        </w:tc>
      </w:tr>
    </w:tbl>
    <w:p w14:paraId="5A643500" w14:textId="77777777" w:rsidR="0006621B" w:rsidRPr="00346D1C" w:rsidRDefault="0024712C" w:rsidP="00346D1C">
      <w:pPr>
        <w:snapToGrid w:val="0"/>
        <w:spacing w:after="0" w:line="240" w:lineRule="auto"/>
        <w:rPr>
          <w:rFonts w:ascii="芫荽" w:eastAsia="芫荽" w:hAnsi="芫荽" w:cs="芫荽"/>
          <w:sz w:val="24"/>
          <w:szCs w:val="24"/>
          <w:lang w:eastAsia="zh-TW"/>
        </w:rPr>
      </w:pPr>
      <w:r w:rsidRPr="00346D1C">
        <w:rPr>
          <w:rFonts w:ascii="芫荽" w:eastAsia="芫荽" w:hAnsi="芫荽" w:cs="芫荽"/>
          <w:b/>
          <w:color w:val="12568A"/>
          <w:sz w:val="24"/>
          <w:szCs w:val="24"/>
          <w:lang w:eastAsia="zh-TW"/>
        </w:rPr>
        <w:t xml:space="preserve">A. </w:t>
      </w:r>
      <w:r w:rsidRPr="00346D1C">
        <w:rPr>
          <w:rFonts w:ascii="芫荽" w:eastAsia="芫荽" w:hAnsi="芫荽" w:cs="芫荽"/>
          <w:b/>
          <w:color w:val="12568A"/>
          <w:sz w:val="24"/>
          <w:szCs w:val="24"/>
          <w:lang w:eastAsia="zh-TW"/>
        </w:rPr>
        <w:t>教育論壇｜</w:t>
      </w:r>
      <w:r w:rsidRPr="00346D1C">
        <w:rPr>
          <w:rFonts w:ascii="芫荽" w:eastAsia="芫荽" w:hAnsi="芫荽" w:cs="芫荽"/>
          <w:b/>
          <w:color w:val="12568A"/>
          <w:sz w:val="24"/>
          <w:szCs w:val="24"/>
          <w:lang w:eastAsia="zh-TW"/>
        </w:rPr>
        <w:t>115</w:t>
      </w:r>
      <w:r w:rsidRPr="00346D1C">
        <w:rPr>
          <w:rFonts w:ascii="芫荽" w:eastAsia="芫荽" w:hAnsi="芫荽" w:cs="芫荽"/>
          <w:b/>
          <w:color w:val="12568A"/>
          <w:sz w:val="24"/>
          <w:szCs w:val="24"/>
          <w:lang w:eastAsia="zh-TW"/>
        </w:rPr>
        <w:t>年</w:t>
      </w:r>
      <w:r w:rsidRPr="00346D1C">
        <w:rPr>
          <w:rFonts w:ascii="芫荽" w:eastAsia="芫荽" w:hAnsi="芫荽" w:cs="芫荽"/>
          <w:b/>
          <w:color w:val="12568A"/>
          <w:sz w:val="24"/>
          <w:szCs w:val="24"/>
          <w:lang w:eastAsia="zh-TW"/>
        </w:rPr>
        <w:t>10</w:t>
      </w:r>
      <w:r w:rsidRPr="00346D1C">
        <w:rPr>
          <w:rFonts w:ascii="芫荽" w:eastAsia="芫荽" w:hAnsi="芫荽" w:cs="芫荽"/>
          <w:b/>
          <w:color w:val="12568A"/>
          <w:sz w:val="24"/>
          <w:szCs w:val="24"/>
          <w:lang w:eastAsia="zh-TW"/>
        </w:rPr>
        <w:t>月</w:t>
      </w:r>
      <w:r w:rsidRPr="00346D1C">
        <w:rPr>
          <w:rFonts w:ascii="芫荽" w:eastAsia="芫荽" w:hAnsi="芫荽" w:cs="芫荽"/>
          <w:b/>
          <w:color w:val="12568A"/>
          <w:sz w:val="24"/>
          <w:szCs w:val="24"/>
          <w:lang w:eastAsia="zh-TW"/>
        </w:rPr>
        <w:t>7</w:t>
      </w:r>
      <w:r w:rsidRPr="00346D1C">
        <w:rPr>
          <w:rFonts w:ascii="芫荽" w:eastAsia="芫荽" w:hAnsi="芫荽" w:cs="芫荽"/>
          <w:b/>
          <w:color w:val="12568A"/>
          <w:sz w:val="24"/>
          <w:szCs w:val="24"/>
          <w:lang w:eastAsia="zh-TW"/>
        </w:rPr>
        <w:t>日（三）｜時薪</w:t>
      </w:r>
      <w:r w:rsidRPr="00346D1C">
        <w:rPr>
          <w:rFonts w:ascii="芫荽" w:eastAsia="芫荽" w:hAnsi="芫荽" w:cs="芫荽"/>
          <w:b/>
          <w:color w:val="12568A"/>
          <w:sz w:val="24"/>
          <w:szCs w:val="24"/>
          <w:lang w:eastAsia="zh-TW"/>
        </w:rPr>
        <w:t>196</w:t>
      </w:r>
      <w:r w:rsidRPr="00346D1C">
        <w:rPr>
          <w:rFonts w:ascii="芫荽" w:eastAsia="芫荽" w:hAnsi="芫荽" w:cs="芫荽"/>
          <w:b/>
          <w:color w:val="12568A"/>
          <w:sz w:val="24"/>
          <w:szCs w:val="24"/>
          <w:lang w:eastAsia="zh-TW"/>
        </w:rPr>
        <w:t>元</w:t>
      </w:r>
    </w:p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2127"/>
        <w:gridCol w:w="4234"/>
        <w:gridCol w:w="4235"/>
      </w:tblGrid>
      <w:tr w:rsidR="0006621B" w:rsidRPr="00346D1C" w14:paraId="4E833915" w14:textId="77777777" w:rsidTr="00346D1C">
        <w:trPr>
          <w:jc w:val="center"/>
        </w:trPr>
        <w:tc>
          <w:tcPr>
            <w:tcW w:w="2127" w:type="dxa"/>
            <w:shd w:val="clear" w:color="auto" w:fill="12568A"/>
            <w:vAlign w:val="center"/>
          </w:tcPr>
          <w:p w14:paraId="51523823" w14:textId="77777777" w:rsidR="0006621B" w:rsidRPr="00346D1C" w:rsidRDefault="0024712C" w:rsidP="00346D1C">
            <w:pPr>
              <w:jc w:val="center"/>
              <w:rPr>
                <w:rFonts w:ascii="芫荽" w:eastAsia="芫荽" w:hAnsi="芫荽" w:cs="芫荽"/>
                <w:sz w:val="24"/>
                <w:szCs w:val="24"/>
              </w:rPr>
            </w:pPr>
            <w:proofErr w:type="spellStart"/>
            <w:r w:rsidRPr="00346D1C">
              <w:rPr>
                <w:rFonts w:ascii="芫荽" w:eastAsia="芫荽" w:hAnsi="芫荽" w:cs="芫荽"/>
                <w:b/>
                <w:color w:val="FFFFFF"/>
                <w:sz w:val="24"/>
                <w:szCs w:val="24"/>
              </w:rPr>
              <w:t>勾選</w:t>
            </w:r>
            <w:proofErr w:type="spellEnd"/>
          </w:p>
        </w:tc>
        <w:tc>
          <w:tcPr>
            <w:tcW w:w="4234" w:type="dxa"/>
            <w:shd w:val="clear" w:color="auto" w:fill="12568A"/>
            <w:vAlign w:val="center"/>
          </w:tcPr>
          <w:p w14:paraId="5A406936" w14:textId="77777777" w:rsidR="0006621B" w:rsidRPr="00346D1C" w:rsidRDefault="0024712C" w:rsidP="00346D1C">
            <w:pPr>
              <w:jc w:val="center"/>
              <w:rPr>
                <w:rFonts w:ascii="芫荽" w:eastAsia="芫荽" w:hAnsi="芫荽" w:cs="芫荽"/>
                <w:sz w:val="24"/>
                <w:szCs w:val="24"/>
              </w:rPr>
            </w:pPr>
            <w:r w:rsidRPr="00346D1C">
              <w:rPr>
                <w:rFonts w:ascii="芫荽" w:eastAsia="芫荽" w:hAnsi="芫荽" w:cs="芫荽"/>
                <w:b/>
                <w:color w:val="FFFFFF"/>
                <w:sz w:val="24"/>
                <w:szCs w:val="24"/>
              </w:rPr>
              <w:t>時段</w:t>
            </w:r>
          </w:p>
        </w:tc>
        <w:tc>
          <w:tcPr>
            <w:tcW w:w="4235" w:type="dxa"/>
            <w:shd w:val="clear" w:color="auto" w:fill="12568A"/>
            <w:vAlign w:val="center"/>
          </w:tcPr>
          <w:p w14:paraId="741115EE" w14:textId="77777777" w:rsidR="0006621B" w:rsidRPr="00346D1C" w:rsidRDefault="0024712C" w:rsidP="00346D1C">
            <w:pPr>
              <w:jc w:val="center"/>
              <w:rPr>
                <w:rFonts w:ascii="芫荽" w:eastAsia="芫荽" w:hAnsi="芫荽" w:cs="芫荽"/>
                <w:sz w:val="24"/>
                <w:szCs w:val="24"/>
              </w:rPr>
            </w:pPr>
            <w:r w:rsidRPr="00346D1C">
              <w:rPr>
                <w:rFonts w:ascii="芫荽" w:eastAsia="芫荽" w:hAnsi="芫荽" w:cs="芫荽"/>
                <w:b/>
                <w:color w:val="FFFFFF"/>
                <w:sz w:val="24"/>
                <w:szCs w:val="24"/>
              </w:rPr>
              <w:t>備註</w:t>
            </w:r>
          </w:p>
        </w:tc>
      </w:tr>
      <w:tr w:rsidR="0006621B" w:rsidRPr="00346D1C" w14:paraId="5EB2272D" w14:textId="77777777" w:rsidTr="00346D1C">
        <w:trPr>
          <w:jc w:val="center"/>
        </w:trPr>
        <w:tc>
          <w:tcPr>
            <w:tcW w:w="2127" w:type="dxa"/>
            <w:tcBorders>
              <w:top w:val="single" w:sz="6" w:space="0" w:color="D7E4E9"/>
              <w:left w:val="single" w:sz="6" w:space="0" w:color="D7E4E9"/>
              <w:bottom w:val="single" w:sz="6" w:space="0" w:color="D7E4E9"/>
              <w:right w:val="single" w:sz="6" w:space="0" w:color="D7E4E9"/>
            </w:tcBorders>
            <w:vAlign w:val="center"/>
          </w:tcPr>
          <w:p w14:paraId="1B31AA94" w14:textId="77777777" w:rsidR="0006621B" w:rsidRPr="00346D1C" w:rsidRDefault="0024712C" w:rsidP="00346D1C">
            <w:pPr>
              <w:jc w:val="center"/>
              <w:rPr>
                <w:rFonts w:ascii="芫荽" w:eastAsia="芫荽" w:hAnsi="芫荽" w:cs="芫荽"/>
                <w:sz w:val="24"/>
                <w:szCs w:val="24"/>
              </w:rPr>
            </w:pP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</w:rPr>
              <w:t>□</w:t>
            </w:r>
          </w:p>
        </w:tc>
        <w:tc>
          <w:tcPr>
            <w:tcW w:w="4234" w:type="dxa"/>
            <w:tcBorders>
              <w:top w:val="single" w:sz="6" w:space="0" w:color="D7E4E9"/>
              <w:left w:val="single" w:sz="6" w:space="0" w:color="D7E4E9"/>
              <w:bottom w:val="single" w:sz="6" w:space="0" w:color="D7E4E9"/>
              <w:right w:val="single" w:sz="6" w:space="0" w:color="D7E4E9"/>
            </w:tcBorders>
            <w:vAlign w:val="center"/>
          </w:tcPr>
          <w:p w14:paraId="5B69C256" w14:textId="77777777" w:rsidR="0006621B" w:rsidRPr="00346D1C" w:rsidRDefault="0024712C">
            <w:pPr>
              <w:rPr>
                <w:rFonts w:ascii="芫荽" w:eastAsia="芫荽" w:hAnsi="芫荽" w:cs="芫荽"/>
                <w:sz w:val="24"/>
                <w:szCs w:val="24"/>
              </w:rPr>
            </w:pP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</w:rPr>
              <w:t>8:00–17:00</w:t>
            </w:r>
          </w:p>
        </w:tc>
        <w:tc>
          <w:tcPr>
            <w:tcW w:w="4235" w:type="dxa"/>
            <w:tcBorders>
              <w:top w:val="single" w:sz="6" w:space="0" w:color="D7E4E9"/>
              <w:left w:val="single" w:sz="6" w:space="0" w:color="D7E4E9"/>
              <w:bottom w:val="single" w:sz="6" w:space="0" w:color="D7E4E9"/>
              <w:right w:val="single" w:sz="6" w:space="0" w:color="D7E4E9"/>
            </w:tcBorders>
            <w:vAlign w:val="center"/>
          </w:tcPr>
          <w:p w14:paraId="03513D87" w14:textId="77777777" w:rsidR="0006621B" w:rsidRPr="00346D1C" w:rsidRDefault="0024712C" w:rsidP="00346D1C">
            <w:pPr>
              <w:jc w:val="center"/>
              <w:rPr>
                <w:rFonts w:ascii="芫荽" w:eastAsia="芫荽" w:hAnsi="芫荽" w:cs="芫荽"/>
                <w:sz w:val="24"/>
                <w:szCs w:val="24"/>
              </w:rPr>
            </w:pP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</w:rPr>
              <w:t>全日</w:t>
            </w:r>
          </w:p>
        </w:tc>
      </w:tr>
      <w:tr w:rsidR="0006621B" w:rsidRPr="00346D1C" w14:paraId="6A13B5B4" w14:textId="77777777" w:rsidTr="00346D1C">
        <w:trPr>
          <w:jc w:val="center"/>
        </w:trPr>
        <w:tc>
          <w:tcPr>
            <w:tcW w:w="2127" w:type="dxa"/>
            <w:tcBorders>
              <w:top w:val="single" w:sz="6" w:space="0" w:color="D7E4E9"/>
              <w:left w:val="single" w:sz="6" w:space="0" w:color="D7E4E9"/>
              <w:bottom w:val="single" w:sz="6" w:space="0" w:color="D7E4E9"/>
              <w:right w:val="single" w:sz="6" w:space="0" w:color="D7E4E9"/>
            </w:tcBorders>
            <w:vAlign w:val="center"/>
          </w:tcPr>
          <w:p w14:paraId="7395DFF5" w14:textId="77777777" w:rsidR="0006621B" w:rsidRPr="00346D1C" w:rsidRDefault="0024712C" w:rsidP="00346D1C">
            <w:pPr>
              <w:jc w:val="center"/>
              <w:rPr>
                <w:rFonts w:ascii="芫荽" w:eastAsia="芫荽" w:hAnsi="芫荽" w:cs="芫荽"/>
                <w:sz w:val="24"/>
                <w:szCs w:val="24"/>
              </w:rPr>
            </w:pP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</w:rPr>
              <w:t>□</w:t>
            </w:r>
          </w:p>
        </w:tc>
        <w:tc>
          <w:tcPr>
            <w:tcW w:w="4234" w:type="dxa"/>
            <w:tcBorders>
              <w:top w:val="single" w:sz="6" w:space="0" w:color="D7E4E9"/>
              <w:left w:val="single" w:sz="6" w:space="0" w:color="D7E4E9"/>
              <w:bottom w:val="single" w:sz="6" w:space="0" w:color="D7E4E9"/>
              <w:right w:val="single" w:sz="6" w:space="0" w:color="D7E4E9"/>
            </w:tcBorders>
            <w:vAlign w:val="center"/>
          </w:tcPr>
          <w:p w14:paraId="57BDBF73" w14:textId="77777777" w:rsidR="0006621B" w:rsidRPr="00346D1C" w:rsidRDefault="0024712C">
            <w:pPr>
              <w:rPr>
                <w:rFonts w:ascii="芫荽" w:eastAsia="芫荽" w:hAnsi="芫荽" w:cs="芫荽"/>
                <w:sz w:val="24"/>
                <w:szCs w:val="24"/>
              </w:rPr>
            </w:pP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</w:rPr>
              <w:t>8:00–12:00</w:t>
            </w:r>
          </w:p>
        </w:tc>
        <w:tc>
          <w:tcPr>
            <w:tcW w:w="4235" w:type="dxa"/>
            <w:tcBorders>
              <w:top w:val="single" w:sz="6" w:space="0" w:color="D7E4E9"/>
              <w:left w:val="single" w:sz="6" w:space="0" w:color="D7E4E9"/>
              <w:bottom w:val="single" w:sz="6" w:space="0" w:color="D7E4E9"/>
              <w:right w:val="single" w:sz="6" w:space="0" w:color="D7E4E9"/>
            </w:tcBorders>
            <w:vAlign w:val="center"/>
          </w:tcPr>
          <w:p w14:paraId="25668BF3" w14:textId="77777777" w:rsidR="0006621B" w:rsidRPr="00346D1C" w:rsidRDefault="0024712C" w:rsidP="00346D1C">
            <w:pPr>
              <w:jc w:val="center"/>
              <w:rPr>
                <w:rFonts w:ascii="芫荽" w:eastAsia="芫荽" w:hAnsi="芫荽" w:cs="芫荽"/>
                <w:sz w:val="24"/>
                <w:szCs w:val="24"/>
              </w:rPr>
            </w:pP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</w:rPr>
              <w:t>上午</w:t>
            </w:r>
          </w:p>
        </w:tc>
      </w:tr>
      <w:tr w:rsidR="0006621B" w:rsidRPr="00346D1C" w14:paraId="4E411524" w14:textId="77777777" w:rsidTr="00346D1C">
        <w:trPr>
          <w:jc w:val="center"/>
        </w:trPr>
        <w:tc>
          <w:tcPr>
            <w:tcW w:w="2127" w:type="dxa"/>
            <w:tcBorders>
              <w:top w:val="single" w:sz="6" w:space="0" w:color="D7E4E9"/>
              <w:left w:val="single" w:sz="6" w:space="0" w:color="D7E4E9"/>
              <w:bottom w:val="single" w:sz="6" w:space="0" w:color="D7E4E9"/>
              <w:right w:val="single" w:sz="6" w:space="0" w:color="D7E4E9"/>
            </w:tcBorders>
            <w:vAlign w:val="center"/>
          </w:tcPr>
          <w:p w14:paraId="112E9EB9" w14:textId="77777777" w:rsidR="0006621B" w:rsidRPr="00346D1C" w:rsidRDefault="0024712C" w:rsidP="00346D1C">
            <w:pPr>
              <w:jc w:val="center"/>
              <w:rPr>
                <w:rFonts w:ascii="芫荽" w:eastAsia="芫荽" w:hAnsi="芫荽" w:cs="芫荽"/>
                <w:sz w:val="24"/>
                <w:szCs w:val="24"/>
              </w:rPr>
            </w:pP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</w:rPr>
              <w:t>□</w:t>
            </w:r>
          </w:p>
        </w:tc>
        <w:tc>
          <w:tcPr>
            <w:tcW w:w="4234" w:type="dxa"/>
            <w:tcBorders>
              <w:top w:val="single" w:sz="6" w:space="0" w:color="D7E4E9"/>
              <w:left w:val="single" w:sz="6" w:space="0" w:color="D7E4E9"/>
              <w:bottom w:val="single" w:sz="6" w:space="0" w:color="D7E4E9"/>
              <w:right w:val="single" w:sz="6" w:space="0" w:color="D7E4E9"/>
            </w:tcBorders>
            <w:vAlign w:val="center"/>
          </w:tcPr>
          <w:p w14:paraId="448BDB00" w14:textId="77777777" w:rsidR="0006621B" w:rsidRPr="00346D1C" w:rsidRDefault="0024712C">
            <w:pPr>
              <w:rPr>
                <w:rFonts w:ascii="芫荽" w:eastAsia="芫荽" w:hAnsi="芫荽" w:cs="芫荽"/>
                <w:sz w:val="24"/>
                <w:szCs w:val="24"/>
              </w:rPr>
            </w:pP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</w:rPr>
              <w:t>13:00–17:00</w:t>
            </w:r>
          </w:p>
        </w:tc>
        <w:tc>
          <w:tcPr>
            <w:tcW w:w="4235" w:type="dxa"/>
            <w:tcBorders>
              <w:top w:val="single" w:sz="6" w:space="0" w:color="D7E4E9"/>
              <w:left w:val="single" w:sz="6" w:space="0" w:color="D7E4E9"/>
              <w:bottom w:val="single" w:sz="6" w:space="0" w:color="D7E4E9"/>
              <w:right w:val="single" w:sz="6" w:space="0" w:color="D7E4E9"/>
            </w:tcBorders>
            <w:vAlign w:val="center"/>
          </w:tcPr>
          <w:p w14:paraId="445D66E4" w14:textId="77777777" w:rsidR="0006621B" w:rsidRPr="00346D1C" w:rsidRDefault="0024712C" w:rsidP="00346D1C">
            <w:pPr>
              <w:jc w:val="center"/>
              <w:rPr>
                <w:rFonts w:ascii="芫荽" w:eastAsia="芫荽" w:hAnsi="芫荽" w:cs="芫荽"/>
                <w:sz w:val="24"/>
                <w:szCs w:val="24"/>
              </w:rPr>
            </w:pP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</w:rPr>
              <w:t>下午</w:t>
            </w:r>
          </w:p>
        </w:tc>
      </w:tr>
    </w:tbl>
    <w:p w14:paraId="62CAF499" w14:textId="77777777" w:rsidR="00346D1C" w:rsidRDefault="00346D1C" w:rsidP="00346D1C">
      <w:pPr>
        <w:snapToGrid w:val="0"/>
        <w:spacing w:after="0" w:line="240" w:lineRule="auto"/>
        <w:rPr>
          <w:rFonts w:ascii="芫荽" w:eastAsia="芫荽" w:hAnsi="芫荽" w:cs="芫荽"/>
          <w:b/>
          <w:color w:val="169E7B"/>
          <w:lang w:eastAsia="zh-TW"/>
        </w:rPr>
      </w:pPr>
    </w:p>
    <w:p w14:paraId="4D5D1A87" w14:textId="262489E6" w:rsidR="0006621B" w:rsidRPr="00346D1C" w:rsidRDefault="0024712C" w:rsidP="00346D1C">
      <w:pPr>
        <w:snapToGrid w:val="0"/>
        <w:spacing w:after="0" w:line="240" w:lineRule="auto"/>
        <w:rPr>
          <w:rFonts w:ascii="芫荽" w:eastAsia="芫荽" w:hAnsi="芫荽" w:cs="芫荽"/>
          <w:lang w:eastAsia="zh-TW"/>
        </w:rPr>
      </w:pPr>
      <w:r w:rsidRPr="00346D1C">
        <w:rPr>
          <w:rFonts w:ascii="芫荽" w:eastAsia="芫荽" w:hAnsi="芫荽" w:cs="芫荽"/>
          <w:b/>
          <w:color w:val="169E7B"/>
          <w:sz w:val="24"/>
          <w:szCs w:val="24"/>
          <w:lang w:eastAsia="zh-TW"/>
        </w:rPr>
        <w:t xml:space="preserve">B. </w:t>
      </w:r>
      <w:r w:rsidRPr="00346D1C">
        <w:rPr>
          <w:rFonts w:ascii="芫荽" w:eastAsia="芫荽" w:hAnsi="芫荽" w:cs="芫荽"/>
          <w:b/>
          <w:color w:val="169E7B"/>
          <w:sz w:val="24"/>
          <w:szCs w:val="24"/>
          <w:lang w:eastAsia="zh-TW"/>
        </w:rPr>
        <w:t>產學合作成果展｜時薪</w:t>
      </w:r>
      <w:r w:rsidRPr="00346D1C">
        <w:rPr>
          <w:rFonts w:ascii="芫荽" w:eastAsia="芫荽" w:hAnsi="芫荽" w:cs="芫荽"/>
          <w:b/>
          <w:color w:val="169E7B"/>
          <w:sz w:val="24"/>
          <w:szCs w:val="24"/>
          <w:lang w:eastAsia="zh-TW"/>
        </w:rPr>
        <w:t>196</w:t>
      </w:r>
      <w:r w:rsidRPr="00346D1C">
        <w:rPr>
          <w:rFonts w:ascii="芫荽" w:eastAsia="芫荽" w:hAnsi="芫荽" w:cs="芫荽"/>
          <w:b/>
          <w:color w:val="169E7B"/>
          <w:sz w:val="24"/>
          <w:szCs w:val="24"/>
          <w:lang w:eastAsia="zh-TW"/>
        </w:rPr>
        <w:t>元｜每時段需求</w:t>
      </w:r>
      <w:r w:rsidRPr="00346D1C">
        <w:rPr>
          <w:rFonts w:ascii="芫荽" w:eastAsia="芫荽" w:hAnsi="芫荽" w:cs="芫荽"/>
          <w:b/>
          <w:color w:val="169E7B"/>
          <w:sz w:val="24"/>
          <w:szCs w:val="24"/>
          <w:lang w:eastAsia="zh-TW"/>
        </w:rPr>
        <w:t>2</w:t>
      </w:r>
      <w:r w:rsidRPr="00346D1C">
        <w:rPr>
          <w:rFonts w:ascii="芫荽" w:eastAsia="芫荽" w:hAnsi="芫荽" w:cs="芫荽"/>
          <w:b/>
          <w:color w:val="169E7B"/>
          <w:sz w:val="24"/>
          <w:szCs w:val="24"/>
          <w:lang w:eastAsia="zh-TW"/>
        </w:rPr>
        <w:t>人（可多時段者優先）</w:t>
      </w:r>
    </w:p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2114"/>
        <w:gridCol w:w="4950"/>
        <w:gridCol w:w="3532"/>
      </w:tblGrid>
      <w:tr w:rsidR="0006621B" w:rsidRPr="00346D1C" w14:paraId="03DC900C" w14:textId="77777777" w:rsidTr="00346D1C">
        <w:trPr>
          <w:jc w:val="center"/>
        </w:trPr>
        <w:tc>
          <w:tcPr>
            <w:tcW w:w="2114" w:type="dxa"/>
            <w:shd w:val="clear" w:color="auto" w:fill="169E7B"/>
            <w:vAlign w:val="center"/>
          </w:tcPr>
          <w:p w14:paraId="07CF87A3" w14:textId="77777777" w:rsidR="0006621B" w:rsidRPr="00346D1C" w:rsidRDefault="0024712C" w:rsidP="00346D1C">
            <w:pPr>
              <w:jc w:val="center"/>
              <w:rPr>
                <w:rFonts w:ascii="芫荽" w:eastAsia="芫荽" w:hAnsi="芫荽" w:cs="芫荽"/>
                <w:sz w:val="24"/>
                <w:szCs w:val="24"/>
              </w:rPr>
            </w:pPr>
            <w:proofErr w:type="spellStart"/>
            <w:r w:rsidRPr="00346D1C">
              <w:rPr>
                <w:rFonts w:ascii="芫荽" w:eastAsia="芫荽" w:hAnsi="芫荽" w:cs="芫荽"/>
                <w:b/>
                <w:color w:val="FFFFFF"/>
                <w:sz w:val="24"/>
                <w:szCs w:val="24"/>
              </w:rPr>
              <w:t>勾選</w:t>
            </w:r>
            <w:proofErr w:type="spellEnd"/>
          </w:p>
        </w:tc>
        <w:tc>
          <w:tcPr>
            <w:tcW w:w="4950" w:type="dxa"/>
            <w:shd w:val="clear" w:color="auto" w:fill="169E7B"/>
            <w:vAlign w:val="center"/>
          </w:tcPr>
          <w:p w14:paraId="3F931C7B" w14:textId="77777777" w:rsidR="0006621B" w:rsidRPr="00346D1C" w:rsidRDefault="0024712C">
            <w:pPr>
              <w:rPr>
                <w:rFonts w:ascii="芫荽" w:eastAsia="芫荽" w:hAnsi="芫荽" w:cs="芫荽"/>
                <w:sz w:val="24"/>
                <w:szCs w:val="24"/>
              </w:rPr>
            </w:pPr>
            <w:r w:rsidRPr="00346D1C">
              <w:rPr>
                <w:rFonts w:ascii="芫荽" w:eastAsia="芫荽" w:hAnsi="芫荽" w:cs="芫荽"/>
                <w:b/>
                <w:color w:val="FFFFFF"/>
                <w:sz w:val="24"/>
                <w:szCs w:val="24"/>
              </w:rPr>
              <w:t>日期／時段</w:t>
            </w:r>
          </w:p>
        </w:tc>
        <w:tc>
          <w:tcPr>
            <w:tcW w:w="3532" w:type="dxa"/>
            <w:shd w:val="clear" w:color="auto" w:fill="169E7B"/>
            <w:vAlign w:val="center"/>
          </w:tcPr>
          <w:p w14:paraId="09B8713B" w14:textId="77777777" w:rsidR="0006621B" w:rsidRPr="00346D1C" w:rsidRDefault="0024712C">
            <w:pPr>
              <w:rPr>
                <w:rFonts w:ascii="芫荽" w:eastAsia="芫荽" w:hAnsi="芫荽" w:cs="芫荽"/>
                <w:sz w:val="24"/>
                <w:szCs w:val="24"/>
              </w:rPr>
            </w:pPr>
            <w:r w:rsidRPr="00346D1C">
              <w:rPr>
                <w:rFonts w:ascii="芫荽" w:eastAsia="芫荽" w:hAnsi="芫荽" w:cs="芫荽"/>
                <w:b/>
                <w:color w:val="FFFFFF"/>
                <w:sz w:val="24"/>
                <w:szCs w:val="24"/>
              </w:rPr>
              <w:t>工作重點</w:t>
            </w:r>
          </w:p>
        </w:tc>
      </w:tr>
      <w:tr w:rsidR="0006621B" w:rsidRPr="00346D1C" w14:paraId="1A32BD2E" w14:textId="77777777" w:rsidTr="00346D1C">
        <w:trPr>
          <w:jc w:val="center"/>
        </w:trPr>
        <w:tc>
          <w:tcPr>
            <w:tcW w:w="2114" w:type="dxa"/>
            <w:tcBorders>
              <w:top w:val="single" w:sz="6" w:space="0" w:color="D7E4E9"/>
              <w:left w:val="single" w:sz="6" w:space="0" w:color="D7E4E9"/>
              <w:bottom w:val="single" w:sz="6" w:space="0" w:color="D7E4E9"/>
              <w:right w:val="single" w:sz="6" w:space="0" w:color="D7E4E9"/>
            </w:tcBorders>
            <w:vAlign w:val="center"/>
          </w:tcPr>
          <w:p w14:paraId="3F8EC4E5" w14:textId="77777777" w:rsidR="0006621B" w:rsidRPr="00346D1C" w:rsidRDefault="0024712C" w:rsidP="00346D1C">
            <w:pPr>
              <w:jc w:val="center"/>
              <w:rPr>
                <w:rFonts w:ascii="芫荽" w:eastAsia="芫荽" w:hAnsi="芫荽" w:cs="芫荽"/>
                <w:sz w:val="24"/>
                <w:szCs w:val="24"/>
              </w:rPr>
            </w:pP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</w:rPr>
              <w:t>□</w:t>
            </w:r>
          </w:p>
        </w:tc>
        <w:tc>
          <w:tcPr>
            <w:tcW w:w="4950" w:type="dxa"/>
            <w:tcBorders>
              <w:top w:val="single" w:sz="6" w:space="0" w:color="D7E4E9"/>
              <w:left w:val="single" w:sz="6" w:space="0" w:color="D7E4E9"/>
              <w:bottom w:val="single" w:sz="6" w:space="0" w:color="D7E4E9"/>
              <w:right w:val="single" w:sz="6" w:space="0" w:color="D7E4E9"/>
            </w:tcBorders>
            <w:vAlign w:val="center"/>
          </w:tcPr>
          <w:p w14:paraId="6324694B" w14:textId="77777777" w:rsidR="0006621B" w:rsidRPr="00346D1C" w:rsidRDefault="0024712C">
            <w:pPr>
              <w:rPr>
                <w:rFonts w:ascii="芫荽" w:eastAsia="芫荽" w:hAnsi="芫荽" w:cs="芫荽"/>
                <w:sz w:val="24"/>
                <w:szCs w:val="24"/>
              </w:rPr>
            </w:pP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</w:rPr>
              <w:t>115</w:t>
            </w: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</w:rPr>
              <w:t>年</w:t>
            </w: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</w:rPr>
              <w:t>10</w:t>
            </w: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</w:rPr>
              <w:t>月</w:t>
            </w: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</w:rPr>
              <w:t>2</w:t>
            </w: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</w:rPr>
              <w:t>日（五）</w:t>
            </w: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</w:rPr>
              <w:t>9:00–12:00</w:t>
            </w:r>
          </w:p>
        </w:tc>
        <w:tc>
          <w:tcPr>
            <w:tcW w:w="3532" w:type="dxa"/>
            <w:tcBorders>
              <w:top w:val="single" w:sz="6" w:space="0" w:color="D7E4E9"/>
              <w:left w:val="single" w:sz="6" w:space="0" w:color="D7E4E9"/>
              <w:bottom w:val="single" w:sz="6" w:space="0" w:color="D7E4E9"/>
              <w:right w:val="single" w:sz="6" w:space="0" w:color="D7E4E9"/>
            </w:tcBorders>
            <w:vAlign w:val="center"/>
          </w:tcPr>
          <w:p w14:paraId="06E855DD" w14:textId="77777777" w:rsidR="0006621B" w:rsidRPr="00346D1C" w:rsidRDefault="0024712C">
            <w:pPr>
              <w:rPr>
                <w:rFonts w:ascii="芫荽" w:eastAsia="芫荽" w:hAnsi="芫荽" w:cs="芫荽"/>
                <w:sz w:val="24"/>
                <w:szCs w:val="24"/>
              </w:rPr>
            </w:pP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</w:rPr>
              <w:t>展場佈置</w:t>
            </w:r>
          </w:p>
        </w:tc>
      </w:tr>
      <w:tr w:rsidR="0006621B" w:rsidRPr="00346D1C" w14:paraId="04D9A531" w14:textId="77777777" w:rsidTr="00346D1C">
        <w:trPr>
          <w:jc w:val="center"/>
        </w:trPr>
        <w:tc>
          <w:tcPr>
            <w:tcW w:w="2114" w:type="dxa"/>
            <w:tcBorders>
              <w:top w:val="single" w:sz="6" w:space="0" w:color="D7E4E9"/>
              <w:left w:val="single" w:sz="6" w:space="0" w:color="D7E4E9"/>
              <w:bottom w:val="single" w:sz="6" w:space="0" w:color="D7E4E9"/>
              <w:right w:val="single" w:sz="6" w:space="0" w:color="D7E4E9"/>
            </w:tcBorders>
            <w:vAlign w:val="center"/>
          </w:tcPr>
          <w:p w14:paraId="2790428A" w14:textId="77777777" w:rsidR="0006621B" w:rsidRPr="00346D1C" w:rsidRDefault="0024712C" w:rsidP="00346D1C">
            <w:pPr>
              <w:jc w:val="center"/>
              <w:rPr>
                <w:rFonts w:ascii="芫荽" w:eastAsia="芫荽" w:hAnsi="芫荽" w:cs="芫荽"/>
                <w:sz w:val="24"/>
                <w:szCs w:val="24"/>
              </w:rPr>
            </w:pP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</w:rPr>
              <w:t>□</w:t>
            </w:r>
          </w:p>
        </w:tc>
        <w:tc>
          <w:tcPr>
            <w:tcW w:w="4950" w:type="dxa"/>
            <w:tcBorders>
              <w:top w:val="single" w:sz="6" w:space="0" w:color="D7E4E9"/>
              <w:left w:val="single" w:sz="6" w:space="0" w:color="D7E4E9"/>
              <w:bottom w:val="single" w:sz="6" w:space="0" w:color="D7E4E9"/>
              <w:right w:val="single" w:sz="6" w:space="0" w:color="D7E4E9"/>
            </w:tcBorders>
            <w:vAlign w:val="center"/>
          </w:tcPr>
          <w:p w14:paraId="64555DC8" w14:textId="77777777" w:rsidR="0006621B" w:rsidRPr="00346D1C" w:rsidRDefault="0024712C">
            <w:pPr>
              <w:rPr>
                <w:rFonts w:ascii="芫荽" w:eastAsia="芫荽" w:hAnsi="芫荽" w:cs="芫荽"/>
                <w:sz w:val="24"/>
                <w:szCs w:val="24"/>
              </w:rPr>
            </w:pP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</w:rPr>
              <w:t>115</w:t>
            </w: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</w:rPr>
              <w:t>年</w:t>
            </w: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</w:rPr>
              <w:t>10</w:t>
            </w: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</w:rPr>
              <w:t>月</w:t>
            </w: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</w:rPr>
              <w:t>2</w:t>
            </w: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</w:rPr>
              <w:t>日（五）</w:t>
            </w: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</w:rPr>
              <w:t>13:00–16:00</w:t>
            </w:r>
          </w:p>
        </w:tc>
        <w:tc>
          <w:tcPr>
            <w:tcW w:w="3532" w:type="dxa"/>
            <w:tcBorders>
              <w:top w:val="single" w:sz="6" w:space="0" w:color="D7E4E9"/>
              <w:left w:val="single" w:sz="6" w:space="0" w:color="D7E4E9"/>
              <w:bottom w:val="single" w:sz="6" w:space="0" w:color="D7E4E9"/>
              <w:right w:val="single" w:sz="6" w:space="0" w:color="D7E4E9"/>
            </w:tcBorders>
            <w:vAlign w:val="center"/>
          </w:tcPr>
          <w:p w14:paraId="39FB9D98" w14:textId="77777777" w:rsidR="0006621B" w:rsidRPr="00346D1C" w:rsidRDefault="0024712C">
            <w:pPr>
              <w:rPr>
                <w:rFonts w:ascii="芫荽" w:eastAsia="芫荽" w:hAnsi="芫荽" w:cs="芫荽"/>
                <w:sz w:val="24"/>
                <w:szCs w:val="24"/>
              </w:rPr>
            </w:pP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</w:rPr>
              <w:t>展場佈置</w:t>
            </w:r>
          </w:p>
        </w:tc>
      </w:tr>
      <w:tr w:rsidR="0006621B" w:rsidRPr="00346D1C" w14:paraId="2BFD7EF6" w14:textId="77777777" w:rsidTr="00346D1C">
        <w:trPr>
          <w:jc w:val="center"/>
        </w:trPr>
        <w:tc>
          <w:tcPr>
            <w:tcW w:w="2114" w:type="dxa"/>
            <w:tcBorders>
              <w:top w:val="single" w:sz="6" w:space="0" w:color="D7E4E9"/>
              <w:left w:val="single" w:sz="6" w:space="0" w:color="D7E4E9"/>
              <w:bottom w:val="single" w:sz="6" w:space="0" w:color="D7E4E9"/>
              <w:right w:val="single" w:sz="6" w:space="0" w:color="D7E4E9"/>
            </w:tcBorders>
            <w:vAlign w:val="center"/>
          </w:tcPr>
          <w:p w14:paraId="2CA2FB87" w14:textId="77777777" w:rsidR="0006621B" w:rsidRPr="00346D1C" w:rsidRDefault="0024712C" w:rsidP="00346D1C">
            <w:pPr>
              <w:jc w:val="center"/>
              <w:rPr>
                <w:rFonts w:ascii="芫荽" w:eastAsia="芫荽" w:hAnsi="芫荽" w:cs="芫荽"/>
                <w:sz w:val="24"/>
                <w:szCs w:val="24"/>
              </w:rPr>
            </w:pP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</w:rPr>
              <w:t>□</w:t>
            </w:r>
          </w:p>
        </w:tc>
        <w:tc>
          <w:tcPr>
            <w:tcW w:w="4950" w:type="dxa"/>
            <w:tcBorders>
              <w:top w:val="single" w:sz="6" w:space="0" w:color="D7E4E9"/>
              <w:left w:val="single" w:sz="6" w:space="0" w:color="D7E4E9"/>
              <w:bottom w:val="single" w:sz="6" w:space="0" w:color="D7E4E9"/>
              <w:right w:val="single" w:sz="6" w:space="0" w:color="D7E4E9"/>
            </w:tcBorders>
            <w:vAlign w:val="center"/>
          </w:tcPr>
          <w:p w14:paraId="039842C3" w14:textId="77777777" w:rsidR="0006621B" w:rsidRPr="00346D1C" w:rsidRDefault="0024712C">
            <w:pPr>
              <w:rPr>
                <w:rFonts w:ascii="芫荽" w:eastAsia="芫荽" w:hAnsi="芫荽" w:cs="芫荽"/>
                <w:sz w:val="24"/>
                <w:szCs w:val="24"/>
              </w:rPr>
            </w:pP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</w:rPr>
              <w:t>115</w:t>
            </w: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</w:rPr>
              <w:t>年</w:t>
            </w: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</w:rPr>
              <w:t>10</w:t>
            </w: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</w:rPr>
              <w:t>月</w:t>
            </w: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</w:rPr>
              <w:t>5</w:t>
            </w: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</w:rPr>
              <w:t>日（一）</w:t>
            </w: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</w:rPr>
              <w:t>9:30–13:00</w:t>
            </w:r>
          </w:p>
        </w:tc>
        <w:tc>
          <w:tcPr>
            <w:tcW w:w="3532" w:type="dxa"/>
            <w:tcBorders>
              <w:top w:val="single" w:sz="6" w:space="0" w:color="D7E4E9"/>
              <w:left w:val="single" w:sz="6" w:space="0" w:color="D7E4E9"/>
              <w:bottom w:val="single" w:sz="6" w:space="0" w:color="D7E4E9"/>
              <w:right w:val="single" w:sz="6" w:space="0" w:color="D7E4E9"/>
            </w:tcBorders>
            <w:vAlign w:val="center"/>
          </w:tcPr>
          <w:p w14:paraId="0345E8B8" w14:textId="77777777" w:rsidR="0006621B" w:rsidRPr="00346D1C" w:rsidRDefault="0024712C">
            <w:pPr>
              <w:rPr>
                <w:rFonts w:ascii="芫荽" w:eastAsia="芫荽" w:hAnsi="芫荽" w:cs="芫荽"/>
                <w:sz w:val="24"/>
                <w:szCs w:val="24"/>
                <w:lang w:eastAsia="zh-TW"/>
              </w:rPr>
            </w:pP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  <w:lang w:eastAsia="zh-TW"/>
              </w:rPr>
              <w:t>現場服務（含場佈／場復）</w:t>
            </w:r>
          </w:p>
        </w:tc>
      </w:tr>
      <w:tr w:rsidR="0006621B" w:rsidRPr="00346D1C" w14:paraId="217D036F" w14:textId="77777777" w:rsidTr="00346D1C">
        <w:trPr>
          <w:jc w:val="center"/>
        </w:trPr>
        <w:tc>
          <w:tcPr>
            <w:tcW w:w="2114" w:type="dxa"/>
            <w:tcBorders>
              <w:top w:val="single" w:sz="6" w:space="0" w:color="D7E4E9"/>
              <w:left w:val="single" w:sz="6" w:space="0" w:color="D7E4E9"/>
              <w:bottom w:val="single" w:sz="6" w:space="0" w:color="D7E4E9"/>
              <w:right w:val="single" w:sz="6" w:space="0" w:color="D7E4E9"/>
            </w:tcBorders>
            <w:vAlign w:val="center"/>
          </w:tcPr>
          <w:p w14:paraId="36FC6BFA" w14:textId="77777777" w:rsidR="0006621B" w:rsidRPr="00346D1C" w:rsidRDefault="0024712C" w:rsidP="00346D1C">
            <w:pPr>
              <w:jc w:val="center"/>
              <w:rPr>
                <w:rFonts w:ascii="芫荽" w:eastAsia="芫荽" w:hAnsi="芫荽" w:cs="芫荽"/>
                <w:sz w:val="24"/>
                <w:szCs w:val="24"/>
              </w:rPr>
            </w:pP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</w:rPr>
              <w:t>□</w:t>
            </w:r>
          </w:p>
        </w:tc>
        <w:tc>
          <w:tcPr>
            <w:tcW w:w="4950" w:type="dxa"/>
            <w:tcBorders>
              <w:top w:val="single" w:sz="6" w:space="0" w:color="D7E4E9"/>
              <w:left w:val="single" w:sz="6" w:space="0" w:color="D7E4E9"/>
              <w:bottom w:val="single" w:sz="6" w:space="0" w:color="D7E4E9"/>
              <w:right w:val="single" w:sz="6" w:space="0" w:color="D7E4E9"/>
            </w:tcBorders>
            <w:vAlign w:val="center"/>
          </w:tcPr>
          <w:p w14:paraId="0CC720AD" w14:textId="77777777" w:rsidR="0006621B" w:rsidRPr="00346D1C" w:rsidRDefault="0024712C">
            <w:pPr>
              <w:rPr>
                <w:rFonts w:ascii="芫荽" w:eastAsia="芫荽" w:hAnsi="芫荽" w:cs="芫荽"/>
                <w:sz w:val="24"/>
                <w:szCs w:val="24"/>
              </w:rPr>
            </w:pP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</w:rPr>
              <w:t>115</w:t>
            </w: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</w:rPr>
              <w:t>年</w:t>
            </w: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</w:rPr>
              <w:t>10</w:t>
            </w: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</w:rPr>
              <w:t>月</w:t>
            </w: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</w:rPr>
              <w:t>5</w:t>
            </w: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</w:rPr>
              <w:t>日（一）</w:t>
            </w: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</w:rPr>
              <w:t>13:00–16:30</w:t>
            </w:r>
          </w:p>
        </w:tc>
        <w:tc>
          <w:tcPr>
            <w:tcW w:w="3532" w:type="dxa"/>
            <w:tcBorders>
              <w:top w:val="single" w:sz="6" w:space="0" w:color="D7E4E9"/>
              <w:left w:val="single" w:sz="6" w:space="0" w:color="D7E4E9"/>
              <w:bottom w:val="single" w:sz="6" w:space="0" w:color="D7E4E9"/>
              <w:right w:val="single" w:sz="6" w:space="0" w:color="D7E4E9"/>
            </w:tcBorders>
            <w:vAlign w:val="center"/>
          </w:tcPr>
          <w:p w14:paraId="4E3D51EE" w14:textId="77777777" w:rsidR="0006621B" w:rsidRPr="00346D1C" w:rsidRDefault="0024712C">
            <w:pPr>
              <w:rPr>
                <w:rFonts w:ascii="芫荽" w:eastAsia="芫荽" w:hAnsi="芫荽" w:cs="芫荽"/>
                <w:sz w:val="24"/>
                <w:szCs w:val="24"/>
                <w:lang w:eastAsia="zh-TW"/>
              </w:rPr>
            </w:pP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  <w:lang w:eastAsia="zh-TW"/>
              </w:rPr>
              <w:t>現場服務（含場佈／場復）</w:t>
            </w:r>
          </w:p>
        </w:tc>
      </w:tr>
      <w:tr w:rsidR="0006621B" w:rsidRPr="00346D1C" w14:paraId="0896E0DD" w14:textId="77777777" w:rsidTr="00346D1C">
        <w:trPr>
          <w:jc w:val="center"/>
        </w:trPr>
        <w:tc>
          <w:tcPr>
            <w:tcW w:w="2114" w:type="dxa"/>
            <w:tcBorders>
              <w:top w:val="single" w:sz="6" w:space="0" w:color="D7E4E9"/>
              <w:left w:val="single" w:sz="6" w:space="0" w:color="D7E4E9"/>
              <w:bottom w:val="single" w:sz="6" w:space="0" w:color="D7E4E9"/>
              <w:right w:val="single" w:sz="6" w:space="0" w:color="D7E4E9"/>
            </w:tcBorders>
            <w:vAlign w:val="center"/>
          </w:tcPr>
          <w:p w14:paraId="53F98959" w14:textId="77777777" w:rsidR="0006621B" w:rsidRPr="00346D1C" w:rsidRDefault="0024712C" w:rsidP="00346D1C">
            <w:pPr>
              <w:jc w:val="center"/>
              <w:rPr>
                <w:rFonts w:ascii="芫荽" w:eastAsia="芫荽" w:hAnsi="芫荽" w:cs="芫荽"/>
                <w:sz w:val="24"/>
                <w:szCs w:val="24"/>
              </w:rPr>
            </w:pP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</w:rPr>
              <w:t>□</w:t>
            </w:r>
          </w:p>
        </w:tc>
        <w:tc>
          <w:tcPr>
            <w:tcW w:w="4950" w:type="dxa"/>
            <w:tcBorders>
              <w:top w:val="single" w:sz="6" w:space="0" w:color="D7E4E9"/>
              <w:left w:val="single" w:sz="6" w:space="0" w:color="D7E4E9"/>
              <w:bottom w:val="single" w:sz="6" w:space="0" w:color="D7E4E9"/>
              <w:right w:val="single" w:sz="6" w:space="0" w:color="D7E4E9"/>
            </w:tcBorders>
            <w:vAlign w:val="center"/>
          </w:tcPr>
          <w:p w14:paraId="2716F4E0" w14:textId="77777777" w:rsidR="0006621B" w:rsidRPr="00346D1C" w:rsidRDefault="0024712C">
            <w:pPr>
              <w:rPr>
                <w:rFonts w:ascii="芫荽" w:eastAsia="芫荽" w:hAnsi="芫荽" w:cs="芫荽"/>
                <w:sz w:val="24"/>
                <w:szCs w:val="24"/>
              </w:rPr>
            </w:pP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</w:rPr>
              <w:t>115</w:t>
            </w: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</w:rPr>
              <w:t>年</w:t>
            </w: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</w:rPr>
              <w:t>10</w:t>
            </w: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</w:rPr>
              <w:t>月</w:t>
            </w: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</w:rPr>
              <w:t>6</w:t>
            </w: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</w:rPr>
              <w:t>日（二）</w:t>
            </w: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</w:rPr>
              <w:t>9:30–13:00</w:t>
            </w:r>
          </w:p>
        </w:tc>
        <w:tc>
          <w:tcPr>
            <w:tcW w:w="3532" w:type="dxa"/>
            <w:tcBorders>
              <w:top w:val="single" w:sz="6" w:space="0" w:color="D7E4E9"/>
              <w:left w:val="single" w:sz="6" w:space="0" w:color="D7E4E9"/>
              <w:bottom w:val="single" w:sz="6" w:space="0" w:color="D7E4E9"/>
              <w:right w:val="single" w:sz="6" w:space="0" w:color="D7E4E9"/>
            </w:tcBorders>
            <w:vAlign w:val="center"/>
          </w:tcPr>
          <w:p w14:paraId="36BCEB2D" w14:textId="77777777" w:rsidR="0006621B" w:rsidRPr="00346D1C" w:rsidRDefault="0024712C">
            <w:pPr>
              <w:rPr>
                <w:rFonts w:ascii="芫荽" w:eastAsia="芫荽" w:hAnsi="芫荽" w:cs="芫荽"/>
                <w:sz w:val="24"/>
                <w:szCs w:val="24"/>
                <w:lang w:eastAsia="zh-TW"/>
              </w:rPr>
            </w:pP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  <w:lang w:eastAsia="zh-TW"/>
              </w:rPr>
              <w:t>現場服務（含場佈／場復）</w:t>
            </w:r>
          </w:p>
        </w:tc>
      </w:tr>
      <w:tr w:rsidR="0006621B" w:rsidRPr="00346D1C" w14:paraId="27CDB8ED" w14:textId="77777777" w:rsidTr="00346D1C">
        <w:trPr>
          <w:jc w:val="center"/>
        </w:trPr>
        <w:tc>
          <w:tcPr>
            <w:tcW w:w="2114" w:type="dxa"/>
            <w:tcBorders>
              <w:top w:val="single" w:sz="6" w:space="0" w:color="D7E4E9"/>
              <w:left w:val="single" w:sz="6" w:space="0" w:color="D7E4E9"/>
              <w:bottom w:val="single" w:sz="6" w:space="0" w:color="D7E4E9"/>
              <w:right w:val="single" w:sz="6" w:space="0" w:color="D7E4E9"/>
            </w:tcBorders>
            <w:vAlign w:val="center"/>
          </w:tcPr>
          <w:p w14:paraId="1F3D24A7" w14:textId="77777777" w:rsidR="0006621B" w:rsidRPr="00346D1C" w:rsidRDefault="0024712C" w:rsidP="00346D1C">
            <w:pPr>
              <w:jc w:val="center"/>
              <w:rPr>
                <w:rFonts w:ascii="芫荽" w:eastAsia="芫荽" w:hAnsi="芫荽" w:cs="芫荽"/>
                <w:sz w:val="24"/>
                <w:szCs w:val="24"/>
              </w:rPr>
            </w:pP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</w:rPr>
              <w:t>□</w:t>
            </w:r>
          </w:p>
        </w:tc>
        <w:tc>
          <w:tcPr>
            <w:tcW w:w="4950" w:type="dxa"/>
            <w:tcBorders>
              <w:top w:val="single" w:sz="6" w:space="0" w:color="D7E4E9"/>
              <w:left w:val="single" w:sz="6" w:space="0" w:color="D7E4E9"/>
              <w:bottom w:val="single" w:sz="6" w:space="0" w:color="D7E4E9"/>
              <w:right w:val="single" w:sz="6" w:space="0" w:color="D7E4E9"/>
            </w:tcBorders>
            <w:vAlign w:val="center"/>
          </w:tcPr>
          <w:p w14:paraId="07B3CE26" w14:textId="77777777" w:rsidR="0006621B" w:rsidRPr="00346D1C" w:rsidRDefault="0024712C">
            <w:pPr>
              <w:rPr>
                <w:rFonts w:ascii="芫荽" w:eastAsia="芫荽" w:hAnsi="芫荽" w:cs="芫荽"/>
                <w:sz w:val="24"/>
                <w:szCs w:val="24"/>
              </w:rPr>
            </w:pP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</w:rPr>
              <w:t>115</w:t>
            </w: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</w:rPr>
              <w:t>年</w:t>
            </w: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</w:rPr>
              <w:t>10</w:t>
            </w: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</w:rPr>
              <w:t>月</w:t>
            </w: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</w:rPr>
              <w:t>6</w:t>
            </w: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</w:rPr>
              <w:t>日（二）</w:t>
            </w: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</w:rPr>
              <w:t>13:00–16:30</w:t>
            </w:r>
          </w:p>
        </w:tc>
        <w:tc>
          <w:tcPr>
            <w:tcW w:w="3532" w:type="dxa"/>
            <w:tcBorders>
              <w:top w:val="single" w:sz="6" w:space="0" w:color="D7E4E9"/>
              <w:left w:val="single" w:sz="6" w:space="0" w:color="D7E4E9"/>
              <w:bottom w:val="single" w:sz="6" w:space="0" w:color="D7E4E9"/>
              <w:right w:val="single" w:sz="6" w:space="0" w:color="D7E4E9"/>
            </w:tcBorders>
            <w:vAlign w:val="center"/>
          </w:tcPr>
          <w:p w14:paraId="17F8331E" w14:textId="77777777" w:rsidR="0006621B" w:rsidRPr="00346D1C" w:rsidRDefault="0024712C">
            <w:pPr>
              <w:rPr>
                <w:rFonts w:ascii="芫荽" w:eastAsia="芫荽" w:hAnsi="芫荽" w:cs="芫荽"/>
                <w:sz w:val="24"/>
                <w:szCs w:val="24"/>
                <w:lang w:eastAsia="zh-TW"/>
              </w:rPr>
            </w:pP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  <w:lang w:eastAsia="zh-TW"/>
              </w:rPr>
              <w:t>現場服務（含場佈／場復）</w:t>
            </w:r>
          </w:p>
        </w:tc>
      </w:tr>
      <w:tr w:rsidR="0006621B" w:rsidRPr="00346D1C" w14:paraId="191939DD" w14:textId="77777777" w:rsidTr="00346D1C">
        <w:trPr>
          <w:jc w:val="center"/>
        </w:trPr>
        <w:tc>
          <w:tcPr>
            <w:tcW w:w="2114" w:type="dxa"/>
            <w:tcBorders>
              <w:top w:val="single" w:sz="6" w:space="0" w:color="D7E4E9"/>
              <w:left w:val="single" w:sz="6" w:space="0" w:color="D7E4E9"/>
              <w:bottom w:val="single" w:sz="6" w:space="0" w:color="D7E4E9"/>
              <w:right w:val="single" w:sz="6" w:space="0" w:color="D7E4E9"/>
            </w:tcBorders>
            <w:vAlign w:val="center"/>
          </w:tcPr>
          <w:p w14:paraId="1A3C2A53" w14:textId="77777777" w:rsidR="0006621B" w:rsidRPr="00346D1C" w:rsidRDefault="0024712C" w:rsidP="00346D1C">
            <w:pPr>
              <w:jc w:val="center"/>
              <w:rPr>
                <w:rFonts w:ascii="芫荽" w:eastAsia="芫荽" w:hAnsi="芫荽" w:cs="芫荽"/>
                <w:sz w:val="24"/>
                <w:szCs w:val="24"/>
              </w:rPr>
            </w:pP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</w:rPr>
              <w:t>□</w:t>
            </w:r>
          </w:p>
        </w:tc>
        <w:tc>
          <w:tcPr>
            <w:tcW w:w="4950" w:type="dxa"/>
            <w:tcBorders>
              <w:top w:val="single" w:sz="6" w:space="0" w:color="D7E4E9"/>
              <w:left w:val="single" w:sz="6" w:space="0" w:color="D7E4E9"/>
              <w:bottom w:val="single" w:sz="6" w:space="0" w:color="D7E4E9"/>
              <w:right w:val="single" w:sz="6" w:space="0" w:color="D7E4E9"/>
            </w:tcBorders>
            <w:vAlign w:val="center"/>
          </w:tcPr>
          <w:p w14:paraId="11307DE8" w14:textId="77777777" w:rsidR="0006621B" w:rsidRPr="00346D1C" w:rsidRDefault="0024712C">
            <w:pPr>
              <w:rPr>
                <w:rFonts w:ascii="芫荽" w:eastAsia="芫荽" w:hAnsi="芫荽" w:cs="芫荽"/>
                <w:sz w:val="24"/>
                <w:szCs w:val="24"/>
              </w:rPr>
            </w:pP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</w:rPr>
              <w:t>115</w:t>
            </w: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</w:rPr>
              <w:t>年</w:t>
            </w: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</w:rPr>
              <w:t>10</w:t>
            </w: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</w:rPr>
              <w:t>月</w:t>
            </w: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</w:rPr>
              <w:t>7</w:t>
            </w: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</w:rPr>
              <w:t>日（三）</w:t>
            </w: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</w:rPr>
              <w:t>9:30–13:00</w:t>
            </w:r>
          </w:p>
        </w:tc>
        <w:tc>
          <w:tcPr>
            <w:tcW w:w="3532" w:type="dxa"/>
            <w:tcBorders>
              <w:top w:val="single" w:sz="6" w:space="0" w:color="D7E4E9"/>
              <w:left w:val="single" w:sz="6" w:space="0" w:color="D7E4E9"/>
              <w:bottom w:val="single" w:sz="6" w:space="0" w:color="D7E4E9"/>
              <w:right w:val="single" w:sz="6" w:space="0" w:color="D7E4E9"/>
            </w:tcBorders>
            <w:vAlign w:val="center"/>
          </w:tcPr>
          <w:p w14:paraId="0C5AF943" w14:textId="77777777" w:rsidR="0006621B" w:rsidRPr="00346D1C" w:rsidRDefault="0024712C">
            <w:pPr>
              <w:rPr>
                <w:rFonts w:ascii="芫荽" w:eastAsia="芫荽" w:hAnsi="芫荽" w:cs="芫荽"/>
                <w:sz w:val="24"/>
                <w:szCs w:val="24"/>
                <w:lang w:eastAsia="zh-TW"/>
              </w:rPr>
            </w:pP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  <w:lang w:eastAsia="zh-TW"/>
              </w:rPr>
              <w:t>現場服務（含場佈／場復）</w:t>
            </w:r>
          </w:p>
        </w:tc>
      </w:tr>
      <w:tr w:rsidR="0006621B" w:rsidRPr="00346D1C" w14:paraId="0B0AD6E3" w14:textId="77777777" w:rsidTr="00346D1C">
        <w:trPr>
          <w:jc w:val="center"/>
        </w:trPr>
        <w:tc>
          <w:tcPr>
            <w:tcW w:w="2114" w:type="dxa"/>
            <w:tcBorders>
              <w:top w:val="single" w:sz="6" w:space="0" w:color="D7E4E9"/>
              <w:left w:val="single" w:sz="6" w:space="0" w:color="D7E4E9"/>
              <w:bottom w:val="single" w:sz="6" w:space="0" w:color="D7E4E9"/>
              <w:right w:val="single" w:sz="6" w:space="0" w:color="D7E4E9"/>
            </w:tcBorders>
            <w:vAlign w:val="center"/>
          </w:tcPr>
          <w:p w14:paraId="77CD8170" w14:textId="77777777" w:rsidR="0006621B" w:rsidRPr="00346D1C" w:rsidRDefault="0024712C" w:rsidP="00346D1C">
            <w:pPr>
              <w:jc w:val="center"/>
              <w:rPr>
                <w:rFonts w:ascii="芫荽" w:eastAsia="芫荽" w:hAnsi="芫荽" w:cs="芫荽"/>
                <w:sz w:val="24"/>
                <w:szCs w:val="24"/>
              </w:rPr>
            </w:pP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</w:rPr>
              <w:t>□</w:t>
            </w:r>
          </w:p>
        </w:tc>
        <w:tc>
          <w:tcPr>
            <w:tcW w:w="4950" w:type="dxa"/>
            <w:tcBorders>
              <w:top w:val="single" w:sz="6" w:space="0" w:color="D7E4E9"/>
              <w:left w:val="single" w:sz="6" w:space="0" w:color="D7E4E9"/>
              <w:bottom w:val="single" w:sz="6" w:space="0" w:color="D7E4E9"/>
              <w:right w:val="single" w:sz="6" w:space="0" w:color="D7E4E9"/>
            </w:tcBorders>
            <w:vAlign w:val="center"/>
          </w:tcPr>
          <w:p w14:paraId="21EBA1B2" w14:textId="77777777" w:rsidR="0006621B" w:rsidRPr="00346D1C" w:rsidRDefault="0024712C">
            <w:pPr>
              <w:rPr>
                <w:rFonts w:ascii="芫荽" w:eastAsia="芫荽" w:hAnsi="芫荽" w:cs="芫荽"/>
                <w:sz w:val="24"/>
                <w:szCs w:val="24"/>
              </w:rPr>
            </w:pP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</w:rPr>
              <w:t>115</w:t>
            </w: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</w:rPr>
              <w:t>年</w:t>
            </w: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</w:rPr>
              <w:t>10</w:t>
            </w: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</w:rPr>
              <w:t>月</w:t>
            </w: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</w:rPr>
              <w:t>7</w:t>
            </w: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</w:rPr>
              <w:t>日（三）</w:t>
            </w: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</w:rPr>
              <w:t>13:00–16:30</w:t>
            </w:r>
          </w:p>
        </w:tc>
        <w:tc>
          <w:tcPr>
            <w:tcW w:w="3532" w:type="dxa"/>
            <w:tcBorders>
              <w:top w:val="single" w:sz="6" w:space="0" w:color="D7E4E9"/>
              <w:left w:val="single" w:sz="6" w:space="0" w:color="D7E4E9"/>
              <w:bottom w:val="single" w:sz="6" w:space="0" w:color="D7E4E9"/>
              <w:right w:val="single" w:sz="6" w:space="0" w:color="D7E4E9"/>
            </w:tcBorders>
            <w:vAlign w:val="center"/>
          </w:tcPr>
          <w:p w14:paraId="67A6F4D1" w14:textId="77777777" w:rsidR="0006621B" w:rsidRPr="00346D1C" w:rsidRDefault="0024712C">
            <w:pPr>
              <w:rPr>
                <w:rFonts w:ascii="芫荽" w:eastAsia="芫荽" w:hAnsi="芫荽" w:cs="芫荽"/>
                <w:sz w:val="24"/>
                <w:szCs w:val="24"/>
                <w:lang w:eastAsia="zh-TW"/>
              </w:rPr>
            </w:pP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  <w:lang w:eastAsia="zh-TW"/>
              </w:rPr>
              <w:t>現場服務（含場佈／場復）</w:t>
            </w:r>
          </w:p>
        </w:tc>
      </w:tr>
      <w:tr w:rsidR="0006621B" w:rsidRPr="00346D1C" w14:paraId="2DEFB5C5" w14:textId="77777777" w:rsidTr="00346D1C">
        <w:trPr>
          <w:jc w:val="center"/>
        </w:trPr>
        <w:tc>
          <w:tcPr>
            <w:tcW w:w="2114" w:type="dxa"/>
            <w:tcBorders>
              <w:top w:val="single" w:sz="6" w:space="0" w:color="D7E4E9"/>
              <w:left w:val="single" w:sz="6" w:space="0" w:color="D7E4E9"/>
              <w:bottom w:val="single" w:sz="6" w:space="0" w:color="D7E4E9"/>
              <w:right w:val="single" w:sz="6" w:space="0" w:color="D7E4E9"/>
            </w:tcBorders>
            <w:vAlign w:val="center"/>
          </w:tcPr>
          <w:p w14:paraId="39E27797" w14:textId="77777777" w:rsidR="0006621B" w:rsidRPr="00346D1C" w:rsidRDefault="0024712C" w:rsidP="00346D1C">
            <w:pPr>
              <w:jc w:val="center"/>
              <w:rPr>
                <w:rFonts w:ascii="芫荽" w:eastAsia="芫荽" w:hAnsi="芫荽" w:cs="芫荽"/>
                <w:sz w:val="24"/>
                <w:szCs w:val="24"/>
              </w:rPr>
            </w:pP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</w:rPr>
              <w:t>□</w:t>
            </w:r>
          </w:p>
        </w:tc>
        <w:tc>
          <w:tcPr>
            <w:tcW w:w="4950" w:type="dxa"/>
            <w:tcBorders>
              <w:top w:val="single" w:sz="6" w:space="0" w:color="D7E4E9"/>
              <w:left w:val="single" w:sz="6" w:space="0" w:color="D7E4E9"/>
              <w:bottom w:val="single" w:sz="6" w:space="0" w:color="D7E4E9"/>
              <w:right w:val="single" w:sz="6" w:space="0" w:color="D7E4E9"/>
            </w:tcBorders>
            <w:vAlign w:val="center"/>
          </w:tcPr>
          <w:p w14:paraId="4012AD61" w14:textId="77777777" w:rsidR="0006621B" w:rsidRPr="00346D1C" w:rsidRDefault="0024712C">
            <w:pPr>
              <w:rPr>
                <w:rFonts w:ascii="芫荽" w:eastAsia="芫荽" w:hAnsi="芫荽" w:cs="芫荽"/>
                <w:sz w:val="24"/>
                <w:szCs w:val="24"/>
              </w:rPr>
            </w:pP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</w:rPr>
              <w:t>115</w:t>
            </w: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</w:rPr>
              <w:t>年</w:t>
            </w: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</w:rPr>
              <w:t>10</w:t>
            </w: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</w:rPr>
              <w:t>月</w:t>
            </w: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</w:rPr>
              <w:t>8</w:t>
            </w: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</w:rPr>
              <w:t>日（四）</w:t>
            </w: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</w:rPr>
              <w:t>9:30–13:00</w:t>
            </w:r>
          </w:p>
        </w:tc>
        <w:tc>
          <w:tcPr>
            <w:tcW w:w="3532" w:type="dxa"/>
            <w:tcBorders>
              <w:top w:val="single" w:sz="6" w:space="0" w:color="D7E4E9"/>
              <w:left w:val="single" w:sz="6" w:space="0" w:color="D7E4E9"/>
              <w:bottom w:val="single" w:sz="6" w:space="0" w:color="D7E4E9"/>
              <w:right w:val="single" w:sz="6" w:space="0" w:color="D7E4E9"/>
            </w:tcBorders>
            <w:vAlign w:val="center"/>
          </w:tcPr>
          <w:p w14:paraId="27922DB1" w14:textId="77777777" w:rsidR="0006621B" w:rsidRPr="00346D1C" w:rsidRDefault="0024712C">
            <w:pPr>
              <w:rPr>
                <w:rFonts w:ascii="芫荽" w:eastAsia="芫荽" w:hAnsi="芫荽" w:cs="芫荽"/>
                <w:sz w:val="24"/>
                <w:szCs w:val="24"/>
                <w:lang w:eastAsia="zh-TW"/>
              </w:rPr>
            </w:pP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  <w:lang w:eastAsia="zh-TW"/>
              </w:rPr>
              <w:t>現場服務（含場佈／場復）</w:t>
            </w:r>
          </w:p>
        </w:tc>
      </w:tr>
      <w:tr w:rsidR="0006621B" w:rsidRPr="00346D1C" w14:paraId="00C2157D" w14:textId="77777777" w:rsidTr="00346D1C">
        <w:trPr>
          <w:jc w:val="center"/>
        </w:trPr>
        <w:tc>
          <w:tcPr>
            <w:tcW w:w="2114" w:type="dxa"/>
            <w:tcBorders>
              <w:top w:val="single" w:sz="6" w:space="0" w:color="D7E4E9"/>
              <w:left w:val="single" w:sz="6" w:space="0" w:color="D7E4E9"/>
              <w:bottom w:val="single" w:sz="6" w:space="0" w:color="D7E4E9"/>
              <w:right w:val="single" w:sz="6" w:space="0" w:color="D7E4E9"/>
            </w:tcBorders>
            <w:vAlign w:val="center"/>
          </w:tcPr>
          <w:p w14:paraId="601D1191" w14:textId="77777777" w:rsidR="0006621B" w:rsidRPr="00346D1C" w:rsidRDefault="0024712C" w:rsidP="00346D1C">
            <w:pPr>
              <w:jc w:val="center"/>
              <w:rPr>
                <w:rFonts w:ascii="芫荽" w:eastAsia="芫荽" w:hAnsi="芫荽" w:cs="芫荽"/>
                <w:sz w:val="24"/>
                <w:szCs w:val="24"/>
              </w:rPr>
            </w:pP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</w:rPr>
              <w:t>□</w:t>
            </w:r>
          </w:p>
        </w:tc>
        <w:tc>
          <w:tcPr>
            <w:tcW w:w="4950" w:type="dxa"/>
            <w:tcBorders>
              <w:top w:val="single" w:sz="6" w:space="0" w:color="D7E4E9"/>
              <w:left w:val="single" w:sz="6" w:space="0" w:color="D7E4E9"/>
              <w:bottom w:val="single" w:sz="6" w:space="0" w:color="D7E4E9"/>
              <w:right w:val="single" w:sz="6" w:space="0" w:color="D7E4E9"/>
            </w:tcBorders>
            <w:vAlign w:val="center"/>
          </w:tcPr>
          <w:p w14:paraId="5637E10F" w14:textId="77777777" w:rsidR="0006621B" w:rsidRPr="00346D1C" w:rsidRDefault="0024712C">
            <w:pPr>
              <w:rPr>
                <w:rFonts w:ascii="芫荽" w:eastAsia="芫荽" w:hAnsi="芫荽" w:cs="芫荽"/>
                <w:sz w:val="24"/>
                <w:szCs w:val="24"/>
              </w:rPr>
            </w:pP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</w:rPr>
              <w:t>115</w:t>
            </w: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</w:rPr>
              <w:t>年</w:t>
            </w: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</w:rPr>
              <w:t>10</w:t>
            </w: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</w:rPr>
              <w:t>月</w:t>
            </w: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</w:rPr>
              <w:t>8</w:t>
            </w: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</w:rPr>
              <w:t>日（四）</w:t>
            </w: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</w:rPr>
              <w:t>13:00–16:30</w:t>
            </w:r>
          </w:p>
        </w:tc>
        <w:tc>
          <w:tcPr>
            <w:tcW w:w="3532" w:type="dxa"/>
            <w:tcBorders>
              <w:top w:val="single" w:sz="6" w:space="0" w:color="D7E4E9"/>
              <w:left w:val="single" w:sz="6" w:space="0" w:color="D7E4E9"/>
              <w:bottom w:val="single" w:sz="6" w:space="0" w:color="D7E4E9"/>
              <w:right w:val="single" w:sz="6" w:space="0" w:color="D7E4E9"/>
            </w:tcBorders>
            <w:vAlign w:val="center"/>
          </w:tcPr>
          <w:p w14:paraId="38C1E02E" w14:textId="77777777" w:rsidR="0006621B" w:rsidRPr="00346D1C" w:rsidRDefault="0024712C">
            <w:pPr>
              <w:rPr>
                <w:rFonts w:ascii="芫荽" w:eastAsia="芫荽" w:hAnsi="芫荽" w:cs="芫荽"/>
                <w:sz w:val="24"/>
                <w:szCs w:val="24"/>
                <w:lang w:eastAsia="zh-TW"/>
              </w:rPr>
            </w:pPr>
            <w:r w:rsidRPr="00346D1C">
              <w:rPr>
                <w:rFonts w:ascii="芫荽" w:eastAsia="芫荽" w:hAnsi="芫荽" w:cs="芫荽"/>
                <w:color w:val="222222"/>
                <w:sz w:val="24"/>
                <w:szCs w:val="24"/>
                <w:lang w:eastAsia="zh-TW"/>
              </w:rPr>
              <w:t>現場服務（含場佈／場復）</w:t>
            </w:r>
          </w:p>
        </w:tc>
      </w:tr>
    </w:tbl>
    <w:p w14:paraId="56E1FBD6" w14:textId="77777777" w:rsidR="00346D1C" w:rsidRDefault="00346D1C" w:rsidP="00346D1C">
      <w:pPr>
        <w:snapToGrid w:val="0"/>
        <w:spacing w:after="0" w:line="240" w:lineRule="auto"/>
        <w:rPr>
          <w:rFonts w:ascii="芫荽" w:eastAsia="芫荽" w:hAnsi="芫荽" w:cs="芫荽"/>
          <w:lang w:eastAsia="zh-TW"/>
        </w:rPr>
      </w:pPr>
    </w:p>
    <w:p w14:paraId="2BB795D0" w14:textId="343B02AA" w:rsidR="0006621B" w:rsidRPr="00346D1C" w:rsidRDefault="0024712C" w:rsidP="00346D1C">
      <w:pPr>
        <w:snapToGrid w:val="0"/>
        <w:spacing w:after="0" w:line="240" w:lineRule="auto"/>
        <w:rPr>
          <w:rFonts w:ascii="芫荽" w:eastAsia="芫荽" w:hAnsi="芫荽" w:cs="芫荽"/>
          <w:lang w:eastAsia="zh-TW"/>
        </w:rPr>
      </w:pPr>
      <w:r w:rsidRPr="00346D1C">
        <w:rPr>
          <w:rFonts w:ascii="芫荽" w:eastAsia="芫荽" w:hAnsi="芫荽" w:cs="芫荽"/>
          <w:lang w:eastAsia="zh-TW"/>
        </w:rPr>
        <w:t>本人確認上述資料屬實，若經錄取，願配合行前教育與工作安排。</w:t>
      </w:r>
    </w:p>
    <w:p w14:paraId="3CFB1F52" w14:textId="77777777" w:rsidR="0006621B" w:rsidRPr="00346D1C" w:rsidRDefault="0024712C" w:rsidP="00346D1C">
      <w:pPr>
        <w:snapToGrid w:val="0"/>
        <w:spacing w:after="0" w:line="240" w:lineRule="auto"/>
        <w:jc w:val="right"/>
        <w:rPr>
          <w:rFonts w:ascii="芫荽" w:eastAsia="芫荽" w:hAnsi="芫荽" w:cs="芫荽"/>
          <w:lang w:eastAsia="zh-TW"/>
        </w:rPr>
      </w:pPr>
      <w:r w:rsidRPr="00346D1C">
        <w:rPr>
          <w:rFonts w:ascii="芫荽" w:eastAsia="芫荽" w:hAnsi="芫荽" w:cs="芫荽"/>
          <w:lang w:eastAsia="zh-TW"/>
        </w:rPr>
        <w:t>應徵人簽名：</w:t>
      </w:r>
      <w:r w:rsidRPr="00346D1C">
        <w:rPr>
          <w:rFonts w:ascii="芫荽" w:eastAsia="芫荽" w:hAnsi="芫荽" w:cs="芫荽"/>
          <w:lang w:eastAsia="zh-TW"/>
        </w:rPr>
        <w:t>__________________</w:t>
      </w:r>
      <w:r w:rsidRPr="00346D1C">
        <w:rPr>
          <w:rFonts w:ascii="芫荽" w:eastAsia="芫荽" w:hAnsi="芫荽" w:cs="芫荽"/>
          <w:lang w:eastAsia="zh-TW"/>
        </w:rPr>
        <w:t xml:space="preserve">　　日期：</w:t>
      </w:r>
      <w:r w:rsidRPr="00346D1C">
        <w:rPr>
          <w:rFonts w:ascii="芫荽" w:eastAsia="芫荽" w:hAnsi="芫荽" w:cs="芫荽"/>
          <w:lang w:eastAsia="zh-TW"/>
        </w:rPr>
        <w:t>______</w:t>
      </w:r>
      <w:r w:rsidRPr="00346D1C">
        <w:rPr>
          <w:rFonts w:ascii="芫荽" w:eastAsia="芫荽" w:hAnsi="芫荽" w:cs="芫荽"/>
          <w:lang w:eastAsia="zh-TW"/>
        </w:rPr>
        <w:t>年</w:t>
      </w:r>
      <w:r w:rsidRPr="00346D1C">
        <w:rPr>
          <w:rFonts w:ascii="芫荽" w:eastAsia="芫荽" w:hAnsi="芫荽" w:cs="芫荽"/>
          <w:lang w:eastAsia="zh-TW"/>
        </w:rPr>
        <w:t>______</w:t>
      </w:r>
      <w:r w:rsidRPr="00346D1C">
        <w:rPr>
          <w:rFonts w:ascii="芫荽" w:eastAsia="芫荽" w:hAnsi="芫荽" w:cs="芫荽"/>
          <w:lang w:eastAsia="zh-TW"/>
        </w:rPr>
        <w:t>月</w:t>
      </w:r>
      <w:r w:rsidRPr="00346D1C">
        <w:rPr>
          <w:rFonts w:ascii="芫荽" w:eastAsia="芫荽" w:hAnsi="芫荽" w:cs="芫荽"/>
          <w:lang w:eastAsia="zh-TW"/>
        </w:rPr>
        <w:t>______</w:t>
      </w:r>
      <w:r w:rsidRPr="00346D1C">
        <w:rPr>
          <w:rFonts w:ascii="芫荽" w:eastAsia="芫荽" w:hAnsi="芫荽" w:cs="芫荽"/>
          <w:lang w:eastAsia="zh-TW"/>
        </w:rPr>
        <w:t>日</w:t>
      </w:r>
    </w:p>
    <w:sectPr w:rsidR="0006621B" w:rsidRPr="00346D1C" w:rsidSect="00034616">
      <w:pgSz w:w="12240" w:h="15840"/>
      <w:pgMar w:top="794" w:right="822" w:bottom="794" w:left="82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990B9B" w14:textId="77777777" w:rsidR="0024712C" w:rsidRDefault="0024712C" w:rsidP="00AA3712">
      <w:pPr>
        <w:spacing w:after="0" w:line="240" w:lineRule="auto"/>
      </w:pPr>
      <w:r>
        <w:separator/>
      </w:r>
    </w:p>
  </w:endnote>
  <w:endnote w:type="continuationSeparator" w:id="0">
    <w:p w14:paraId="740C835C" w14:textId="77777777" w:rsidR="0024712C" w:rsidRDefault="0024712C" w:rsidP="00AA3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芫荽">
    <w:panose1 w:val="00000000000000000000"/>
    <w:charset w:val="88"/>
    <w:family w:val="auto"/>
    <w:pitch w:val="variable"/>
    <w:sig w:usb0="E00002FF" w:usb1="6ACFFCFF" w:usb2="00000052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52D87" w14:textId="77777777" w:rsidR="0024712C" w:rsidRDefault="0024712C" w:rsidP="00AA3712">
      <w:pPr>
        <w:spacing w:after="0" w:line="240" w:lineRule="auto"/>
      </w:pPr>
      <w:r>
        <w:separator/>
      </w:r>
    </w:p>
  </w:footnote>
  <w:footnote w:type="continuationSeparator" w:id="0">
    <w:p w14:paraId="605C5560" w14:textId="77777777" w:rsidR="0024712C" w:rsidRDefault="0024712C" w:rsidP="00AA37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6621B"/>
    <w:rsid w:val="0015074B"/>
    <w:rsid w:val="0024712C"/>
    <w:rsid w:val="0029639D"/>
    <w:rsid w:val="00326F90"/>
    <w:rsid w:val="00346D1C"/>
    <w:rsid w:val="00AA1D8D"/>
    <w:rsid w:val="00AA3712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73AA80B"/>
  <w14:defaultImageDpi w14:val="300"/>
  <w15:docId w15:val="{0B49581F-5A02-4912-8AD0-02B6F4B50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標題 字元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標題 字元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字元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巨集文字 字元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文 字元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鮮明引文 字元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Windows 使用者</cp:lastModifiedBy>
  <cp:revision>3</cp:revision>
  <cp:lastPrinted>2026-09-04T03:04:00Z</cp:lastPrinted>
  <dcterms:created xsi:type="dcterms:W3CDTF">2013-12-23T23:15:00Z</dcterms:created>
  <dcterms:modified xsi:type="dcterms:W3CDTF">2026-09-04T03:26:00Z</dcterms:modified>
  <cp:category/>
</cp:coreProperties>
</file>